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AA7F8" w14:textId="77777777" w:rsidR="00641E80" w:rsidRDefault="00000000">
      <w:pPr>
        <w:spacing w:after="40"/>
        <w:jc w:val="center"/>
        <w:rPr>
          <w:rFonts w:hint="eastAsia"/>
        </w:rPr>
      </w:pPr>
      <w:r>
        <w:rPr>
          <w:b/>
          <w:sz w:val="26"/>
        </w:rPr>
        <w:t>ITE “PIETRO MARTINI” – CAGLIARI</w:t>
      </w:r>
    </w:p>
    <w:p w14:paraId="0586C238" w14:textId="77777777" w:rsidR="00290877" w:rsidRDefault="00000000">
      <w:pPr>
        <w:spacing w:after="40"/>
        <w:jc w:val="center"/>
        <w:rPr>
          <w:b/>
          <w:sz w:val="28"/>
        </w:rPr>
      </w:pPr>
      <w:r>
        <w:rPr>
          <w:b/>
          <w:sz w:val="28"/>
        </w:rPr>
        <w:t xml:space="preserve">DOMANDA DI CANDIDATURA </w:t>
      </w:r>
    </w:p>
    <w:p w14:paraId="45CABBF8" w14:textId="3B7EAB84" w:rsidR="00641E80" w:rsidRDefault="00000000">
      <w:pPr>
        <w:spacing w:after="40"/>
        <w:jc w:val="center"/>
        <w:rPr>
          <w:rFonts w:hint="eastAsia"/>
        </w:rPr>
      </w:pPr>
      <w:r>
        <w:rPr>
          <w:b/>
          <w:sz w:val="28"/>
        </w:rPr>
        <w:t>TUTOR PER L’ORIENTAMENTO / DOCENTE ORIENTATORE</w:t>
      </w:r>
    </w:p>
    <w:p w14:paraId="0D9A01FF" w14:textId="77777777" w:rsidR="00641E80" w:rsidRDefault="00000000">
      <w:pPr>
        <w:spacing w:after="40"/>
        <w:jc w:val="center"/>
        <w:rPr>
          <w:rFonts w:hint="eastAsia"/>
        </w:rPr>
      </w:pPr>
      <w:r>
        <w:rPr>
          <w:b/>
          <w:sz w:val="22"/>
        </w:rPr>
        <w:t>A.S. 2026/2027</w:t>
      </w:r>
    </w:p>
    <w:p w14:paraId="684B5280" w14:textId="77777777" w:rsidR="00641E80" w:rsidRDefault="00641E80">
      <w:pPr>
        <w:spacing w:after="40"/>
        <w:rPr>
          <w:rFonts w:hint="eastAsia"/>
        </w:rPr>
      </w:pPr>
    </w:p>
    <w:p w14:paraId="2CA8E18D" w14:textId="77777777" w:rsidR="00641E80" w:rsidRDefault="00000000" w:rsidP="00290877">
      <w:pPr>
        <w:spacing w:after="40"/>
        <w:jc w:val="right"/>
        <w:rPr>
          <w:rFonts w:hint="eastAsia"/>
        </w:rPr>
      </w:pPr>
      <w:r>
        <w:rPr>
          <w:b/>
        </w:rPr>
        <w:t>Al Dirigente Scolastico</w:t>
      </w:r>
      <w:r>
        <w:rPr>
          <w:b/>
        </w:rPr>
        <w:br/>
        <w:t>ITE “Pietro Martini” – Cagliari</w:t>
      </w:r>
    </w:p>
    <w:p w14:paraId="65E1AB06" w14:textId="77777777" w:rsidR="00641E80" w:rsidRDefault="00641E80">
      <w:pPr>
        <w:spacing w:after="40"/>
        <w:rPr>
          <w:rFonts w:hint="eastAsia"/>
        </w:rPr>
      </w:pPr>
    </w:p>
    <w:p w14:paraId="1D6AE5FD" w14:textId="77777777" w:rsidR="00641E80" w:rsidRDefault="00000000">
      <w:pPr>
        <w:spacing w:after="40"/>
        <w:rPr>
          <w:rFonts w:hint="eastAsia"/>
        </w:rPr>
      </w:pPr>
      <w:r>
        <w:rPr>
          <w:b/>
        </w:rPr>
        <w:t xml:space="preserve">Il/La sottoscritto/a </w:t>
      </w:r>
      <w:r>
        <w:t>______________________________________________________________________</w:t>
      </w:r>
    </w:p>
    <w:p w14:paraId="2905E876" w14:textId="77777777" w:rsidR="00641E80" w:rsidRDefault="00000000">
      <w:pPr>
        <w:spacing w:after="40"/>
        <w:rPr>
          <w:rFonts w:hint="eastAsia"/>
        </w:rPr>
      </w:pPr>
      <w:r>
        <w:rPr>
          <w:b/>
        </w:rPr>
        <w:t xml:space="preserve">nato/a a </w:t>
      </w:r>
      <w:r>
        <w:t>______________________________________</w:t>
      </w:r>
    </w:p>
    <w:p w14:paraId="62B3D0A1" w14:textId="77777777" w:rsidR="00641E80" w:rsidRDefault="00000000">
      <w:pPr>
        <w:spacing w:after="40"/>
        <w:rPr>
          <w:rFonts w:hint="eastAsia"/>
        </w:rPr>
      </w:pPr>
      <w:r>
        <w:rPr>
          <w:b/>
        </w:rPr>
        <w:t xml:space="preserve">il </w:t>
      </w:r>
      <w:r>
        <w:t>_________________________</w:t>
      </w:r>
    </w:p>
    <w:p w14:paraId="2757A18F" w14:textId="77777777" w:rsidR="00641E80" w:rsidRDefault="00000000">
      <w:pPr>
        <w:spacing w:after="40"/>
        <w:rPr>
          <w:rFonts w:hint="eastAsia"/>
        </w:rPr>
      </w:pPr>
      <w:r>
        <w:rPr>
          <w:b/>
        </w:rPr>
        <w:t xml:space="preserve">docente a tempo indeterminato/determinato della classe di concorso </w:t>
      </w:r>
      <w:r>
        <w:t>______________________________</w:t>
      </w:r>
    </w:p>
    <w:p w14:paraId="67DDA218" w14:textId="5E267898" w:rsidR="00641E80" w:rsidRDefault="00000000">
      <w:pPr>
        <w:spacing w:after="40"/>
        <w:rPr>
          <w:rFonts w:hint="eastAsia"/>
        </w:rPr>
      </w:pPr>
      <w:r>
        <w:rPr>
          <w:b/>
        </w:rPr>
        <w:t xml:space="preserve">in </w:t>
      </w:r>
      <w:proofErr w:type="spellStart"/>
      <w:r>
        <w:rPr>
          <w:b/>
        </w:rPr>
        <w:t>servizio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presso</w:t>
      </w:r>
      <w:proofErr w:type="spellEnd"/>
      <w:r>
        <w:rPr>
          <w:b/>
        </w:rPr>
        <w:t xml:space="preserve"> la </w:t>
      </w:r>
      <w:proofErr w:type="spellStart"/>
      <w:r>
        <w:rPr>
          <w:b/>
        </w:rPr>
        <w:t>sede</w:t>
      </w:r>
      <w:proofErr w:type="spellEnd"/>
      <w:r>
        <w:rPr>
          <w:b/>
        </w:rPr>
        <w:t xml:space="preserve"> </w:t>
      </w:r>
      <w:r>
        <w:t>________________________________________</w:t>
      </w:r>
    </w:p>
    <w:p w14:paraId="3CA066EF" w14:textId="77777777" w:rsidR="00641E80" w:rsidRDefault="00000000">
      <w:pPr>
        <w:spacing w:after="40"/>
        <w:jc w:val="center"/>
        <w:rPr>
          <w:rFonts w:hint="eastAsia"/>
        </w:rPr>
      </w:pPr>
      <w:r>
        <w:rPr>
          <w:b/>
          <w:sz w:val="24"/>
        </w:rPr>
        <w:t>CHIEDE</w:t>
      </w:r>
    </w:p>
    <w:p w14:paraId="7099AE19" w14:textId="77777777" w:rsidR="00641E80" w:rsidRDefault="00000000">
      <w:pPr>
        <w:spacing w:after="40"/>
        <w:rPr>
          <w:rFonts w:hint="eastAsia"/>
        </w:rPr>
      </w:pPr>
      <w:r>
        <w:t>di essere ammesso/a alla procedura interna per l’individuazione, per l’A.S. 2026/2027, dei docenti cui conferire il seguente incarico (barrare la voce interessata):</w:t>
      </w:r>
    </w:p>
    <w:p w14:paraId="52B8D5AA" w14:textId="77777777" w:rsidR="00641E80" w:rsidRDefault="00000000">
      <w:pPr>
        <w:spacing w:after="40"/>
        <w:ind w:left="454"/>
        <w:rPr>
          <w:rFonts w:hint="eastAsia"/>
        </w:rPr>
      </w:pPr>
      <w:r>
        <w:t>☐ Docente Tutor per l’orientamento</w:t>
      </w:r>
    </w:p>
    <w:p w14:paraId="17E9B9D8" w14:textId="77777777" w:rsidR="00641E80" w:rsidRDefault="00000000">
      <w:pPr>
        <w:spacing w:after="40"/>
        <w:ind w:left="454"/>
        <w:rPr>
          <w:rFonts w:hint="eastAsia"/>
        </w:rPr>
      </w:pPr>
      <w:r>
        <w:t>☐ Docente Orientatore</w:t>
      </w:r>
    </w:p>
    <w:p w14:paraId="7C8B5A33" w14:textId="77777777" w:rsidR="00641E80" w:rsidRDefault="00000000">
      <w:pPr>
        <w:spacing w:after="40"/>
        <w:ind w:left="454"/>
        <w:rPr>
          <w:rFonts w:hint="eastAsia"/>
        </w:rPr>
      </w:pPr>
      <w:r>
        <w:t>☐ Entrambi gli incarichi</w:t>
      </w:r>
    </w:p>
    <w:p w14:paraId="0910425A" w14:textId="77777777" w:rsidR="00641E80" w:rsidRDefault="00000000">
      <w:pPr>
        <w:spacing w:after="40"/>
        <w:rPr>
          <w:rFonts w:hint="eastAsia"/>
        </w:rPr>
      </w:pPr>
      <w:r>
        <w:rPr>
          <w:b/>
        </w:rPr>
        <w:t>A tal fine, consapevole delle responsabilità previste in caso di dichiarazioni non veritiere, dichiara:</w:t>
      </w:r>
    </w:p>
    <w:p w14:paraId="4FCE38DB" w14:textId="77777777" w:rsidR="00641E80" w:rsidRDefault="00000000">
      <w:pPr>
        <w:pStyle w:val="Puntoelenco"/>
        <w:spacing w:after="40"/>
        <w:rPr>
          <w:rFonts w:hint="eastAsia"/>
        </w:rPr>
      </w:pPr>
      <w:r>
        <w:t>di essere in possesso dei requisiti previsti per l’esercizio della funzione per la quale presenta la candidatura;</w:t>
      </w:r>
    </w:p>
    <w:p w14:paraId="3568124F" w14:textId="77777777" w:rsidR="00641E80" w:rsidRDefault="00000000">
      <w:pPr>
        <w:pStyle w:val="Puntoelenco"/>
        <w:spacing w:after="40"/>
        <w:rPr>
          <w:rFonts w:hint="eastAsia"/>
        </w:rPr>
      </w:pPr>
      <w:r>
        <w:t>di aver svolto la specifica formazione richiesta per l’esercizio delle funzioni di Tutor/Orientatore;</w:t>
      </w:r>
    </w:p>
    <w:p w14:paraId="749337FD" w14:textId="77777777" w:rsidR="00641E80" w:rsidRDefault="00000000">
      <w:pPr>
        <w:pStyle w:val="Puntoelenco"/>
        <w:spacing w:after="40"/>
        <w:rPr>
          <w:rFonts w:hint="eastAsia"/>
        </w:rPr>
      </w:pPr>
      <w:r>
        <w:t>che i titoli e le esperienze indicati nella scheda di autovalutazione sono posseduti alla data di scadenza della candidatura e sono documentabili;</w:t>
      </w:r>
    </w:p>
    <w:p w14:paraId="4ED7D633" w14:textId="77777777" w:rsidR="00641E80" w:rsidRDefault="00000000">
      <w:pPr>
        <w:pStyle w:val="Puntoelenco"/>
        <w:spacing w:after="40"/>
        <w:rPr>
          <w:rFonts w:hint="eastAsia"/>
        </w:rPr>
      </w:pPr>
      <w:r>
        <w:t>di accettare i criteri approvati dall’Istituto per la formazione delle graduatorie e per il successivo conferimento degli incarichi;</w:t>
      </w:r>
    </w:p>
    <w:p w14:paraId="494154F1" w14:textId="77777777" w:rsidR="00641E80" w:rsidRDefault="00000000">
      <w:pPr>
        <w:pStyle w:val="Puntoelenco"/>
        <w:spacing w:after="40"/>
        <w:rPr>
          <w:rFonts w:hint="eastAsia"/>
        </w:rPr>
      </w:pPr>
      <w:r>
        <w:t>di essere consapevole che il punteggio autoattribuito sarà sottoposto a verifica e potrà essere confermato o rettificato dal Dirigente Scolastico;</w:t>
      </w:r>
    </w:p>
    <w:p w14:paraId="6A648966" w14:textId="77777777" w:rsidR="00641E80" w:rsidRDefault="00000000">
      <w:pPr>
        <w:pStyle w:val="Puntoelenco"/>
        <w:spacing w:after="40"/>
        <w:rPr>
          <w:rFonts w:hint="eastAsia"/>
        </w:rPr>
      </w:pPr>
      <w:r>
        <w:t>di essere consapevole che l’inserimento in graduatoria non determina automaticamente il conferimento dell’incarico, che avverrà nei limiti delle risorse assegnate dal MIM e secondo i criteri approvati.</w:t>
      </w:r>
    </w:p>
    <w:p w14:paraId="2DF804D1" w14:textId="77777777" w:rsidR="00641E80" w:rsidRDefault="00000000">
      <w:pPr>
        <w:spacing w:after="40"/>
        <w:rPr>
          <w:rFonts w:hint="eastAsia"/>
        </w:rPr>
      </w:pPr>
      <w:r>
        <w:rPr>
          <w:b/>
        </w:rPr>
        <w:t>Allega obbligatoriamente:</w:t>
      </w:r>
    </w:p>
    <w:p w14:paraId="1EDD9BF2" w14:textId="77777777" w:rsidR="00641E80" w:rsidRDefault="00000000">
      <w:pPr>
        <w:pStyle w:val="Puntoelenco"/>
        <w:spacing w:after="40"/>
        <w:rPr>
          <w:rFonts w:hint="eastAsia"/>
        </w:rPr>
      </w:pPr>
      <w:r>
        <w:t>scheda di autovalutazione relativa all’incarico per il quale presenta candidatura, debitamente compilata e sottoscritta;</w:t>
      </w:r>
    </w:p>
    <w:p w14:paraId="36B45A79" w14:textId="77777777" w:rsidR="00641E80" w:rsidRDefault="00000000">
      <w:pPr>
        <w:pStyle w:val="Puntoelenco"/>
        <w:spacing w:after="40"/>
        <w:rPr>
          <w:rFonts w:hint="eastAsia"/>
        </w:rPr>
      </w:pPr>
      <w:r>
        <w:t>curriculum vitae contenente esclusivamente i titoli e le esperienze professionali valutabili ai sensi della griglia.</w:t>
      </w:r>
    </w:p>
    <w:p w14:paraId="3FFF9957" w14:textId="77777777" w:rsidR="00641E80" w:rsidRDefault="00641E80">
      <w:pPr>
        <w:spacing w:after="40"/>
        <w:rPr>
          <w:rFonts w:hint="eastAsia"/>
        </w:rPr>
      </w:pPr>
    </w:p>
    <w:p w14:paraId="4BAA8016" w14:textId="0310CDB6" w:rsidR="00641E80" w:rsidRDefault="00000000">
      <w:pPr>
        <w:spacing w:after="40"/>
        <w:rPr>
          <w:rFonts w:hint="eastAsia"/>
        </w:rPr>
      </w:pPr>
      <w:r>
        <w:rPr>
          <w:b/>
        </w:rPr>
        <w:t xml:space="preserve">Cagliari, </w:t>
      </w:r>
      <w:r>
        <w:t>________________</w:t>
      </w:r>
    </w:p>
    <w:p w14:paraId="6700B1E5" w14:textId="77777777" w:rsidR="00641E80" w:rsidRDefault="00000000">
      <w:pPr>
        <w:spacing w:after="40"/>
        <w:jc w:val="right"/>
        <w:rPr>
          <w:rFonts w:hint="eastAsia"/>
        </w:rPr>
      </w:pPr>
      <w:r>
        <w:rPr>
          <w:b/>
        </w:rPr>
        <w:t>Firma del/della candidato/a</w:t>
      </w:r>
      <w:r>
        <w:rPr>
          <w:b/>
        </w:rPr>
        <w:br/>
      </w:r>
      <w:r>
        <w:rPr>
          <w:b/>
        </w:rPr>
        <w:br/>
        <w:t>_______________________________</w:t>
      </w:r>
    </w:p>
    <w:sectPr w:rsidR="00641E80" w:rsidSect="00034616">
      <w:pgSz w:w="12240" w:h="15840"/>
      <w:pgMar w:top="709" w:right="964" w:bottom="70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514087">
    <w:abstractNumId w:val="8"/>
  </w:num>
  <w:num w:numId="2" w16cid:durableId="969703073">
    <w:abstractNumId w:val="6"/>
  </w:num>
  <w:num w:numId="3" w16cid:durableId="1249075983">
    <w:abstractNumId w:val="5"/>
  </w:num>
  <w:num w:numId="4" w16cid:durableId="1423841560">
    <w:abstractNumId w:val="4"/>
  </w:num>
  <w:num w:numId="5" w16cid:durableId="1458181990">
    <w:abstractNumId w:val="7"/>
  </w:num>
  <w:num w:numId="6" w16cid:durableId="669136738">
    <w:abstractNumId w:val="3"/>
  </w:num>
  <w:num w:numId="7" w16cid:durableId="906108192">
    <w:abstractNumId w:val="2"/>
  </w:num>
  <w:num w:numId="8" w16cid:durableId="1183402143">
    <w:abstractNumId w:val="1"/>
  </w:num>
  <w:num w:numId="9" w16cid:durableId="126421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832"/>
    <w:rsid w:val="00034616"/>
    <w:rsid w:val="0006063C"/>
    <w:rsid w:val="0015074B"/>
    <w:rsid w:val="00290877"/>
    <w:rsid w:val="0029639D"/>
    <w:rsid w:val="00326F90"/>
    <w:rsid w:val="00641E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BD713"/>
  <w14:defaultImageDpi w14:val="300"/>
  <w15:docId w15:val="{C6C1CD45-D324-4F8C-A088-179EA473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 Ripa</cp:lastModifiedBy>
  <cp:revision>2</cp:revision>
  <dcterms:created xsi:type="dcterms:W3CDTF">2026-09-08T17:07:00Z</dcterms:created>
  <dcterms:modified xsi:type="dcterms:W3CDTF">2026-09-08T17:07:00Z</dcterms:modified>
  <cp:category/>
</cp:coreProperties>
</file>