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1A0C9B" w:rsidRDefault="002E6461">
      <w:pPr>
        <w:jc w:val="right"/>
      </w:pPr>
      <w:r>
        <w:rPr>
          <w:b/>
        </w:rPr>
        <w:t>Al Dirigente Scolastico</w:t>
      </w:r>
      <w:r>
        <w:rPr>
          <w:b/>
        </w:rPr>
        <w:br/>
      </w:r>
      <w:r>
        <w:t>dell’Istituto Tecnico Economico “P. Martini”</w:t>
      </w:r>
      <w:r>
        <w:br/>
        <w:t>Cagliari</w:t>
      </w:r>
    </w:p>
    <w:p w:rsidR="001A0C9B" w:rsidRDefault="002E6461">
      <w:pPr>
        <w:jc w:val="center"/>
      </w:pPr>
      <w:r>
        <w:rPr>
          <w:b/>
          <w:sz w:val="22"/>
        </w:rPr>
        <w:t>RICHIESTA DI PARTECIPAZIONE AL PROGETTO DIDATTICO SPERIMENTALE</w:t>
      </w:r>
      <w:r>
        <w:rPr>
          <w:b/>
          <w:sz w:val="22"/>
        </w:rPr>
        <w:br/>
        <w:t>“STUDENTE-ATLETA DI ALTO LIVELLO” - A.S. 2026/2027</w:t>
      </w:r>
    </w:p>
    <w:p w:rsidR="001A0C9B" w:rsidRDefault="002E6461">
      <w:r>
        <w:t xml:space="preserve">Il/La sottoscritto/a </w:t>
      </w:r>
      <w:r>
        <w:t>________________________________________________ e il/la sottoscritto/a ________________________________________</w:t>
      </w:r>
    </w:p>
    <w:p w:rsidR="001A0C9B" w:rsidRDefault="002E6461">
      <w:r>
        <w:t>in qualità di genitori/esercenti la responsabilità genitoriale dello/a studente/ssa ________________________</w:t>
      </w:r>
    </w:p>
    <w:p w:rsidR="001A0C9B" w:rsidRDefault="002E6461">
      <w:r>
        <w:t>iscritto/a per l’A.S. 2026/2027 al</w:t>
      </w:r>
      <w:r>
        <w:t>la classe ________ sezione ________ indirizzo/articolazione ________________________</w:t>
      </w:r>
    </w:p>
    <w:p w:rsidR="001A0C9B" w:rsidRDefault="002E6461">
      <w:pPr>
        <w:jc w:val="center"/>
      </w:pPr>
      <w:r>
        <w:rPr>
          <w:b/>
        </w:rPr>
        <w:t>CHIEDONO</w:t>
      </w:r>
    </w:p>
    <w:p w:rsidR="001A0C9B" w:rsidRDefault="002E6461">
      <w:r>
        <w:t>che il/la proprio/a figlio/a possa partecipare, per l’anno scolastico 2026/2027, al Progetto didattico sperimentale “Studente-atleta di alto livello”, disciplinat</w:t>
      </w:r>
      <w:r>
        <w:t>o dal D.M. 3 marzo 2023, n. 43, promosso dal Ministero dell’Istruzione e del Merito e realizzato anche in collaborazione con il Dipartimento per lo Sport della Presidenza del Consiglio dei ministri, il CONI, il CIP e Sport e Salute S.p.A.</w:t>
      </w:r>
    </w:p>
    <w:p w:rsidR="001A0C9B" w:rsidRDefault="002E6461">
      <w:r>
        <w:rPr>
          <w:b/>
        </w:rPr>
        <w:t>Tipologia della r</w:t>
      </w:r>
      <w:r>
        <w:rPr>
          <w:b/>
        </w:rPr>
        <w:t>ichiesta:  ☐ Prima richiesta     ☐ Rinnovo della partecipazione</w:t>
      </w:r>
    </w:p>
    <w:p w:rsidR="001A0C9B" w:rsidRDefault="002E6461">
      <w:pPr>
        <w:spacing w:after="40"/>
      </w:pPr>
      <w:r>
        <w:t>Disciplina sportiva praticata: _______________________________________________________</w:t>
      </w:r>
    </w:p>
    <w:p w:rsidR="001A0C9B" w:rsidRDefault="002E6461">
      <w:pPr>
        <w:spacing w:after="40"/>
      </w:pPr>
      <w:r>
        <w:t>Federazione Sportiva Nazionale/Disciplina Sportiva Associata di riferimento: ____________________________</w:t>
      </w:r>
      <w:r>
        <w:t>___</w:t>
      </w:r>
    </w:p>
    <w:p w:rsidR="001A0C9B" w:rsidRDefault="002E6461">
      <w:pPr>
        <w:jc w:val="center"/>
      </w:pPr>
      <w:r>
        <w:rPr>
          <w:b/>
        </w:rPr>
        <w:t>ALLEGANO</w:t>
      </w:r>
    </w:p>
    <w:p w:rsidR="001A0C9B" w:rsidRDefault="002E6461">
      <w:r>
        <w:t xml:space="preserve">alla presente istanza l’Attestazione sportiva - Allegato 3, comprovante il possesso dei requisiti previsti per l’A.S. 2026/2027, redatta secondo il format ministeriale e rilasciata dal competente Ente certificatore individuato dalla normativa </w:t>
      </w:r>
      <w:r>
        <w:t>relativa al Progetto.</w:t>
      </w:r>
    </w:p>
    <w:p w:rsidR="001A0C9B" w:rsidRDefault="002E6461">
      <w:r>
        <w:rPr>
          <w:b/>
        </w:rPr>
        <w:t>I sottoscritti sono consapevoli che l’assenza dell’attestazione sportiva, la sua incompletezza o il rilascio da parte di un soggetto non abilitato non consentiranno all’Istituto di procedere all’inserimento dell’istanza nella piattafo</w:t>
      </w:r>
      <w:r>
        <w:rPr>
          <w:b/>
        </w:rPr>
        <w:t>rma ministeriale.</w:t>
      </w:r>
    </w:p>
    <w:p w:rsidR="001A0C9B" w:rsidRDefault="002E6461">
      <w:pPr>
        <w:jc w:val="center"/>
      </w:pPr>
      <w:r>
        <w:rPr>
          <w:b/>
        </w:rPr>
        <w:t>DICHIARANO INOLTRE</w:t>
      </w:r>
    </w:p>
    <w:p w:rsidR="001A0C9B" w:rsidRDefault="002E6461">
      <w:pPr>
        <w:pStyle w:val="Puntoelenco"/>
        <w:spacing w:after="20"/>
      </w:pPr>
      <w:r>
        <w:t>che la presentazione della presente istanza non comporta automaticamente il riconoscimento dello status di “Studente-atleta di alto livello”, che sarà acquisito esclusivamente a seguito della validazione della domanda a</w:t>
      </w:r>
      <w:r>
        <w:t>ttraverso la piattaforma ministeriale;</w:t>
      </w:r>
    </w:p>
    <w:p w:rsidR="001A0C9B" w:rsidRDefault="002E6461">
      <w:pPr>
        <w:pStyle w:val="Puntoelenco"/>
        <w:spacing w:after="20"/>
      </w:pPr>
      <w:r>
        <w:t>che, nelle more della validazione, il Consiglio di Classe potrà procedere alle attività propedeutiche alla predisposizione del Percorso Formativo Personalizzato (PFP), ma le relative misure di personalizzazione potran</w:t>
      </w:r>
      <w:r>
        <w:t>no trovare applicazione solo successivamente alla comunicazione dell’avvenuta validazione ministeriale;</w:t>
      </w:r>
    </w:p>
    <w:p w:rsidR="001A0C9B" w:rsidRDefault="002E6461">
      <w:pPr>
        <w:pStyle w:val="Puntoelenco"/>
        <w:spacing w:after="20"/>
      </w:pPr>
      <w:r>
        <w:t>che il PFP, predisposto dal Consiglio di Classe, individua le misure didattiche e organizzative finalizzate a consentire allo/a studente/ssa di concilia</w:t>
      </w:r>
      <w:r>
        <w:t>re il percorso scolastico con gli impegni derivanti dall’attività sportiva di alto livello, assicurando il raggiungimento degli obiettivi di apprendimento previsti;</w:t>
      </w:r>
    </w:p>
    <w:p w:rsidR="001A0C9B" w:rsidRDefault="002E6461">
      <w:pPr>
        <w:pStyle w:val="Puntoelenco"/>
        <w:spacing w:after="20"/>
      </w:pPr>
      <w:r>
        <w:t>che, ai fini della predisposizione e dell’attuazione del PFP, la famiglia e lo/a studente/s</w:t>
      </w:r>
      <w:r>
        <w:t>sa si impegnano a collaborare con l’Istituto e a fornire tempestivamente, anche attraverso il Tutor Sportivo, il calendario degli allenamenti, delle competizioni e degli altri impegni sportivi rilevanti;</w:t>
      </w:r>
    </w:p>
    <w:p w:rsidR="001A0C9B" w:rsidRDefault="002E6461">
      <w:pPr>
        <w:pStyle w:val="Puntoelenco"/>
        <w:spacing w:after="20"/>
      </w:pPr>
      <w:r>
        <w:t>che eventuali variazioni della situazione sportiva o</w:t>
      </w:r>
      <w:r>
        <w:t xml:space="preserve"> dei requisiti dichiarati dovranno essere tempestivamente comunicate all’Istituto.</w:t>
      </w:r>
    </w:p>
    <w:p w:rsidR="002E6461" w:rsidRDefault="002E6461">
      <w:pPr>
        <w:jc w:val="center"/>
        <w:rPr>
          <w:b/>
        </w:rPr>
      </w:pPr>
    </w:p>
    <w:p w:rsidR="001A0C9B" w:rsidRDefault="002E6461">
      <w:pPr>
        <w:jc w:val="center"/>
      </w:pPr>
      <w:r>
        <w:rPr>
          <w:b/>
        </w:rPr>
        <w:lastRenderedPageBreak/>
        <w:t>TUTOR SPORTIVO</w:t>
      </w:r>
    </w:p>
    <w:p w:rsidR="001A0C9B" w:rsidRDefault="002E6461">
      <w:pPr>
        <w:spacing w:after="40"/>
      </w:pPr>
      <w:r>
        <w:t>Nome e cognome: ____________________________________________________________</w:t>
      </w:r>
    </w:p>
    <w:p w:rsidR="001A0C9B" w:rsidRDefault="002E6461">
      <w:pPr>
        <w:spacing w:after="40"/>
      </w:pPr>
      <w:r>
        <w:t>Ruolo/qualifica: _____________________________________________________________</w:t>
      </w:r>
    </w:p>
    <w:p w:rsidR="001A0C9B" w:rsidRDefault="002E6461">
      <w:pPr>
        <w:spacing w:after="40"/>
      </w:pPr>
      <w:r>
        <w:t>So</w:t>
      </w:r>
      <w:r>
        <w:t>cietà/Ente sportivo: _______________________________________________________</w:t>
      </w:r>
    </w:p>
    <w:p w:rsidR="001A0C9B" w:rsidRDefault="002E6461">
      <w:r>
        <w:t>E-mail __________________________________   Tel. ______________________</w:t>
      </w:r>
    </w:p>
    <w:p w:rsidR="001A0C9B" w:rsidRDefault="002E6461">
      <w:r>
        <w:t>I sottoscritti autorizzano l’Istituto, nell’ambito delle finalità connesse al Progetto, a mantenere i neces</w:t>
      </w:r>
      <w:r>
        <w:t>sari rapporti organizzativi con il Tutor Sportivo sopra indicato.</w:t>
      </w:r>
    </w:p>
    <w:p w:rsidR="001A0C9B" w:rsidRDefault="002E6461">
      <w:r>
        <w:rPr>
          <w:b/>
        </w:rPr>
        <w:t xml:space="preserve">Luogo </w:t>
      </w:r>
      <w:r>
        <w:t>____________________</w:t>
      </w:r>
      <w:r>
        <w:rPr>
          <w:b/>
        </w:rPr>
        <w:t xml:space="preserve">    Data </w:t>
      </w:r>
      <w:r>
        <w:t>__________________</w:t>
      </w:r>
    </w:p>
    <w:p w:rsidR="002E6461" w:rsidRDefault="002E6461">
      <w:pPr>
        <w:jc w:val="center"/>
        <w:rPr>
          <w:b/>
        </w:rPr>
      </w:pPr>
    </w:p>
    <w:p w:rsidR="001A0C9B" w:rsidRDefault="002E6461">
      <w:pPr>
        <w:jc w:val="center"/>
      </w:pPr>
      <w:r>
        <w:rPr>
          <w:b/>
        </w:rPr>
        <w:t xml:space="preserve">I </w:t>
      </w:r>
      <w:proofErr w:type="spellStart"/>
      <w:r>
        <w:rPr>
          <w:b/>
        </w:rPr>
        <w:t>genitori</w:t>
      </w:r>
      <w:proofErr w:type="spellEnd"/>
      <w:r>
        <w:rPr>
          <w:b/>
        </w:rPr>
        <w:t>/</w:t>
      </w:r>
      <w:proofErr w:type="spellStart"/>
      <w:r>
        <w:rPr>
          <w:b/>
        </w:rPr>
        <w:t>esercenti</w:t>
      </w:r>
      <w:proofErr w:type="spellEnd"/>
      <w:r>
        <w:rPr>
          <w:b/>
        </w:rPr>
        <w:t xml:space="preserve"> la </w:t>
      </w:r>
      <w:proofErr w:type="spellStart"/>
      <w:r>
        <w:rPr>
          <w:b/>
        </w:rPr>
        <w:t>responsabilità</w:t>
      </w:r>
      <w:proofErr w:type="spellEnd"/>
      <w:r>
        <w:rPr>
          <w:b/>
        </w:rPr>
        <w:t xml:space="preserve"> genitoriale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4986"/>
        <w:gridCol w:w="4986"/>
      </w:tblGrid>
      <w:tr w:rsidR="001A0C9B">
        <w:trPr>
          <w:jc w:val="center"/>
        </w:trPr>
        <w:tc>
          <w:tcPr>
            <w:tcW w:w="4535" w:type="dxa"/>
          </w:tcPr>
          <w:p w:rsidR="001A0C9B" w:rsidRDefault="002E6461">
            <w:r>
              <w:t>Nome e cognome</w:t>
            </w:r>
            <w:r>
              <w:br/>
            </w:r>
            <w:r>
              <w:br/>
              <w:t>________________________________</w:t>
            </w:r>
          </w:p>
        </w:tc>
        <w:tc>
          <w:tcPr>
            <w:tcW w:w="4535" w:type="dxa"/>
          </w:tcPr>
          <w:p w:rsidR="001A0C9B" w:rsidRDefault="002E6461">
            <w:r>
              <w:t>Firma</w:t>
            </w:r>
            <w:r>
              <w:br/>
            </w:r>
            <w:r>
              <w:br/>
            </w:r>
            <w:r>
              <w:t>________________________________</w:t>
            </w:r>
          </w:p>
        </w:tc>
      </w:tr>
      <w:tr w:rsidR="001A0C9B">
        <w:trPr>
          <w:jc w:val="center"/>
        </w:trPr>
        <w:tc>
          <w:tcPr>
            <w:tcW w:w="4986" w:type="dxa"/>
          </w:tcPr>
          <w:p w:rsidR="001A0C9B" w:rsidRDefault="002E6461">
            <w:r>
              <w:t>Nome e cognome</w:t>
            </w:r>
            <w:r>
              <w:br/>
            </w:r>
            <w:r>
              <w:br/>
              <w:t>________________________________</w:t>
            </w:r>
          </w:p>
        </w:tc>
        <w:tc>
          <w:tcPr>
            <w:tcW w:w="4986" w:type="dxa"/>
          </w:tcPr>
          <w:p w:rsidR="001A0C9B" w:rsidRDefault="002E6461">
            <w:r>
              <w:t>Firma</w:t>
            </w:r>
            <w:r>
              <w:br/>
            </w:r>
            <w:r>
              <w:br/>
              <w:t>________________________________</w:t>
            </w:r>
          </w:p>
        </w:tc>
      </w:tr>
    </w:tbl>
    <w:p w:rsidR="002E6461" w:rsidRDefault="002E6461">
      <w:pPr>
        <w:jc w:val="center"/>
        <w:rPr>
          <w:b/>
        </w:rPr>
      </w:pPr>
    </w:p>
    <w:p w:rsidR="001A0C9B" w:rsidRDefault="002E6461">
      <w:pPr>
        <w:jc w:val="center"/>
      </w:pPr>
      <w:r>
        <w:rPr>
          <w:b/>
        </w:rPr>
        <w:t>PER LO STUDENTE MAGGIORENNE</w:t>
      </w:r>
    </w:p>
    <w:p w:rsidR="001A0C9B" w:rsidRDefault="002E6461">
      <w:r>
        <w:t xml:space="preserve">Il/La sottoscritto/a ______________________________________________ presenta personalmente la richiesta </w:t>
      </w:r>
      <w:r>
        <w:t>e sottoscrive le dichiarazioni sopra riportate.</w:t>
      </w:r>
    </w:p>
    <w:p w:rsidR="001A0C9B" w:rsidRDefault="002E6461">
      <w:pPr>
        <w:jc w:val="right"/>
      </w:pPr>
      <w:r>
        <w:t>Firma dello/a studente/ssa  ______________________________</w:t>
      </w:r>
    </w:p>
    <w:p w:rsidR="002E6461" w:rsidRDefault="002E6461">
      <w:pPr>
        <w:spacing w:before="160"/>
        <w:rPr>
          <w:b/>
        </w:rPr>
      </w:pPr>
    </w:p>
    <w:p w:rsidR="001A0C9B" w:rsidRDefault="002E6461">
      <w:pPr>
        <w:spacing w:before="160"/>
      </w:pPr>
      <w:r>
        <w:rPr>
          <w:b/>
        </w:rPr>
        <w:t xml:space="preserve">SCADENZA: </w:t>
      </w:r>
      <w:proofErr w:type="spellStart"/>
      <w:r>
        <w:rPr>
          <w:b/>
        </w:rPr>
        <w:t>il</w:t>
      </w:r>
      <w:proofErr w:type="spellEnd"/>
      <w:r>
        <w:rPr>
          <w:b/>
        </w:rPr>
        <w:t xml:space="preserve"> modulo, </w:t>
      </w:r>
      <w:proofErr w:type="spellStart"/>
      <w:r>
        <w:rPr>
          <w:b/>
        </w:rPr>
        <w:t>debitamente</w:t>
      </w:r>
      <w:proofErr w:type="spellEnd"/>
      <w:r>
        <w:rPr>
          <w:b/>
        </w:rPr>
        <w:t xml:space="preserve"> compilato e sottoscritto, unitamente all’Attestazione sportiva - Allegato 3 completa in ogni sua parte, dovrà essere</w:t>
      </w:r>
      <w:r>
        <w:rPr>
          <w:b/>
        </w:rPr>
        <w:t xml:space="preserve"> trasmesso entro il 24</w:t>
      </w:r>
      <w:r>
        <w:rPr>
          <w:b/>
        </w:rPr>
        <w:t xml:space="preserve"> ottobre 2026 a </w:t>
      </w:r>
      <w:r w:rsidRPr="002E6461">
        <w:rPr>
          <w:b/>
          <w:u w:val="single"/>
        </w:rPr>
        <w:t>catd220001@istruzione.it</w:t>
      </w:r>
      <w:r>
        <w:rPr>
          <w:b/>
        </w:rPr>
        <w:t xml:space="preserve"> e, per conoscenza, a </w:t>
      </w:r>
      <w:r w:rsidRPr="002E6461">
        <w:rPr>
          <w:b/>
          <w:u w:val="single"/>
        </w:rPr>
        <w:t>giorgia.cocco@itemartini.edu.it</w:t>
      </w:r>
      <w:r>
        <w:rPr>
          <w:b/>
        </w:rPr>
        <w:t>.</w:t>
      </w:r>
      <w:bookmarkStart w:id="0" w:name="_GoBack"/>
      <w:bookmarkEnd w:id="0"/>
    </w:p>
    <w:sectPr w:rsidR="001A0C9B" w:rsidSect="00034616">
      <w:pgSz w:w="12240" w:h="15840"/>
      <w:pgMar w:top="907" w:right="1134" w:bottom="907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A00002BF" w:usb1="68C7FCFB" w:usb2="00000010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Numeroelenco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Numeroelenco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Puntoelenco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Puntoelenco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Numeroelenco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Puntoelenco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hyphenationZone w:val="283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15074B"/>
    <w:rsid w:val="001A0C9B"/>
    <w:rsid w:val="0029639D"/>
    <w:rsid w:val="002E6461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2C88231E"/>
  <w14:defaultImageDpi w14:val="300"/>
  <w15:docId w15:val="{3F1663A3-17F9-423C-AE31-2F02D491FA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Light" w:semiHidden="1" w:unhideWhenUsed="1"/>
    <w:lsdException w:name="Grid Table 1 Light" w:semiHidden="1" w:unhideWhenUsed="1"/>
    <w:lsdException w:name="Grid Table 2" w:semiHidden="1" w:unhideWhenUsed="1"/>
    <w:lsdException w:name="Grid Table 3" w:semiHidden="1" w:unhideWhenUsed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qFormat/>
    <w:rsid w:val="00FC693F"/>
    <w:rPr>
      <w:rFonts w:ascii="Arial" w:hAnsi="Arial"/>
      <w:sz w:val="20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itolo2">
    <w:name w:val="heading 2"/>
    <w:basedOn w:val="Normale"/>
    <w:next w:val="Normale"/>
    <w:link w:val="Titolo2Carattere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itolo3">
    <w:name w:val="heading 3"/>
    <w:basedOn w:val="Normale"/>
    <w:next w:val="Normale"/>
    <w:link w:val="Titolo3Carattere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Cs w:val="20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E618BF"/>
  </w:style>
  <w:style w:type="paragraph" w:styleId="Pidipagina">
    <w:name w:val="footer"/>
    <w:basedOn w:val="Normale"/>
    <w:link w:val="PidipaginaCarattere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E618BF"/>
  </w:style>
  <w:style w:type="paragraph" w:styleId="Nessunaspaziatura">
    <w:name w:val="No Spacing"/>
    <w:uiPriority w:val="1"/>
    <w:qFormat/>
    <w:rsid w:val="00FC693F"/>
    <w:pPr>
      <w:spacing w:after="0" w:line="240" w:lineRule="auto"/>
    </w:pPr>
  </w:style>
  <w:style w:type="character" w:customStyle="1" w:styleId="Titolo1Carattere">
    <w:name w:val="Titolo 1 Carattere"/>
    <w:basedOn w:val="Carpredefinitoparagrafo"/>
    <w:link w:val="Titolo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itolo2Carattere">
    <w:name w:val="Titolo 2 Carattere"/>
    <w:basedOn w:val="Carpredefinitoparagrafo"/>
    <w:link w:val="Titolo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itolo3Carattere">
    <w:name w:val="Titolo 3 Carattere"/>
    <w:basedOn w:val="Carpredefinitoparagrafo"/>
    <w:link w:val="Titolo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olo">
    <w:name w:val="Title"/>
    <w:basedOn w:val="Normale"/>
    <w:next w:val="Normale"/>
    <w:link w:val="TitoloCarattere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oloCarattere">
    <w:name w:val="Titolo Carattere"/>
    <w:basedOn w:val="Carpredefinitoparagrafo"/>
    <w:link w:val="Titolo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Paragrafoelenco">
    <w:name w:val="List Paragraph"/>
    <w:basedOn w:val="Normale"/>
    <w:uiPriority w:val="34"/>
    <w:qFormat/>
    <w:rsid w:val="00FC693F"/>
    <w:pPr>
      <w:ind w:left="720"/>
      <w:contextualSpacing/>
    </w:pPr>
  </w:style>
  <w:style w:type="paragraph" w:styleId="Corpotesto">
    <w:name w:val="Body Text"/>
    <w:basedOn w:val="Normale"/>
    <w:link w:val="CorpotestoCarattere"/>
    <w:uiPriority w:val="99"/>
    <w:unhideWhenUsed/>
    <w:rsid w:val="00AA1D8D"/>
    <w:pPr>
      <w:spacing w:after="120"/>
    </w:pPr>
  </w:style>
  <w:style w:type="character" w:customStyle="1" w:styleId="CorpotestoCarattere">
    <w:name w:val="Corpo testo Carattere"/>
    <w:basedOn w:val="Carpredefinitoparagrafo"/>
    <w:link w:val="Corpotesto"/>
    <w:uiPriority w:val="99"/>
    <w:rsid w:val="00AA1D8D"/>
  </w:style>
  <w:style w:type="paragraph" w:styleId="Corpodeltesto2">
    <w:name w:val="Body Text 2"/>
    <w:basedOn w:val="Normale"/>
    <w:link w:val="Corpodeltesto2Carattere"/>
    <w:uiPriority w:val="99"/>
    <w:unhideWhenUsed/>
    <w:rsid w:val="00AA1D8D"/>
    <w:pPr>
      <w:spacing w:after="120" w:line="480" w:lineRule="auto"/>
    </w:pPr>
  </w:style>
  <w:style w:type="character" w:customStyle="1" w:styleId="Corpodeltesto2Carattere">
    <w:name w:val="Corpo del testo 2 Carattere"/>
    <w:basedOn w:val="Carpredefinitoparagrafo"/>
    <w:link w:val="Corpodeltesto2"/>
    <w:uiPriority w:val="99"/>
    <w:rsid w:val="00AA1D8D"/>
  </w:style>
  <w:style w:type="paragraph" w:styleId="Corpodeltesto3">
    <w:name w:val="Body Text 3"/>
    <w:basedOn w:val="Normale"/>
    <w:link w:val="Corpodeltesto3Carattere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Corpodeltesto3Carattere">
    <w:name w:val="Corpo del testo 3 Carattere"/>
    <w:basedOn w:val="Carpredefinitoparagrafo"/>
    <w:link w:val="Corpodeltesto3"/>
    <w:uiPriority w:val="99"/>
    <w:rsid w:val="00AA1D8D"/>
    <w:rPr>
      <w:sz w:val="16"/>
      <w:szCs w:val="16"/>
    </w:rPr>
  </w:style>
  <w:style w:type="paragraph" w:styleId="Elenco">
    <w:name w:val="List"/>
    <w:basedOn w:val="Normale"/>
    <w:uiPriority w:val="99"/>
    <w:unhideWhenUsed/>
    <w:rsid w:val="00AA1D8D"/>
    <w:pPr>
      <w:ind w:left="360" w:hanging="360"/>
      <w:contextualSpacing/>
    </w:pPr>
  </w:style>
  <w:style w:type="paragraph" w:styleId="Elenco2">
    <w:name w:val="List 2"/>
    <w:basedOn w:val="Normale"/>
    <w:uiPriority w:val="99"/>
    <w:unhideWhenUsed/>
    <w:rsid w:val="00326F90"/>
    <w:pPr>
      <w:ind w:left="720" w:hanging="360"/>
      <w:contextualSpacing/>
    </w:pPr>
  </w:style>
  <w:style w:type="paragraph" w:styleId="Elenco3">
    <w:name w:val="List 3"/>
    <w:basedOn w:val="Normale"/>
    <w:uiPriority w:val="99"/>
    <w:unhideWhenUsed/>
    <w:rsid w:val="00326F90"/>
    <w:pPr>
      <w:ind w:left="1080" w:hanging="360"/>
      <w:contextualSpacing/>
    </w:pPr>
  </w:style>
  <w:style w:type="paragraph" w:styleId="Puntoelenco">
    <w:name w:val="List Bullet"/>
    <w:basedOn w:val="Normale"/>
    <w:uiPriority w:val="99"/>
    <w:unhideWhenUsed/>
    <w:rsid w:val="00326F90"/>
    <w:pPr>
      <w:numPr>
        <w:numId w:val="1"/>
      </w:numPr>
      <w:contextualSpacing/>
    </w:pPr>
  </w:style>
  <w:style w:type="paragraph" w:styleId="Puntoelenco2">
    <w:name w:val="List Bullet 2"/>
    <w:basedOn w:val="Normale"/>
    <w:uiPriority w:val="99"/>
    <w:unhideWhenUsed/>
    <w:rsid w:val="00326F90"/>
    <w:pPr>
      <w:numPr>
        <w:numId w:val="2"/>
      </w:numPr>
      <w:contextualSpacing/>
    </w:pPr>
  </w:style>
  <w:style w:type="paragraph" w:styleId="Puntoelenco3">
    <w:name w:val="List Bullet 3"/>
    <w:basedOn w:val="Normale"/>
    <w:uiPriority w:val="99"/>
    <w:unhideWhenUsed/>
    <w:rsid w:val="00326F90"/>
    <w:pPr>
      <w:numPr>
        <w:numId w:val="3"/>
      </w:numPr>
      <w:contextualSpacing/>
    </w:pPr>
  </w:style>
  <w:style w:type="paragraph" w:styleId="Numeroelenco">
    <w:name w:val="List Number"/>
    <w:basedOn w:val="Normale"/>
    <w:uiPriority w:val="99"/>
    <w:unhideWhenUsed/>
    <w:rsid w:val="00326F90"/>
    <w:pPr>
      <w:numPr>
        <w:numId w:val="5"/>
      </w:numPr>
      <w:contextualSpacing/>
    </w:pPr>
  </w:style>
  <w:style w:type="paragraph" w:styleId="Numeroelenco2">
    <w:name w:val="List Number 2"/>
    <w:basedOn w:val="Normale"/>
    <w:uiPriority w:val="99"/>
    <w:unhideWhenUsed/>
    <w:rsid w:val="0029639D"/>
    <w:pPr>
      <w:numPr>
        <w:numId w:val="6"/>
      </w:numPr>
      <w:contextualSpacing/>
    </w:pPr>
  </w:style>
  <w:style w:type="paragraph" w:styleId="Numeroelenco3">
    <w:name w:val="List Number 3"/>
    <w:basedOn w:val="Normale"/>
    <w:uiPriority w:val="99"/>
    <w:unhideWhenUsed/>
    <w:rsid w:val="0029639D"/>
    <w:pPr>
      <w:numPr>
        <w:numId w:val="7"/>
      </w:numPr>
      <w:contextualSpacing/>
    </w:pPr>
  </w:style>
  <w:style w:type="paragraph" w:styleId="Elencocontinua">
    <w:name w:val="List Continue"/>
    <w:basedOn w:val="Normale"/>
    <w:uiPriority w:val="99"/>
    <w:unhideWhenUsed/>
    <w:rsid w:val="0029639D"/>
    <w:pPr>
      <w:spacing w:after="120"/>
      <w:ind w:left="360"/>
      <w:contextualSpacing/>
    </w:pPr>
  </w:style>
  <w:style w:type="paragraph" w:styleId="Elencocontinua2">
    <w:name w:val="List Continue 2"/>
    <w:basedOn w:val="Normale"/>
    <w:uiPriority w:val="99"/>
    <w:unhideWhenUsed/>
    <w:rsid w:val="0029639D"/>
    <w:pPr>
      <w:spacing w:after="120"/>
      <w:ind w:left="720"/>
      <w:contextualSpacing/>
    </w:pPr>
  </w:style>
  <w:style w:type="paragraph" w:styleId="Elencocontinua3">
    <w:name w:val="List Continue 3"/>
    <w:basedOn w:val="Normale"/>
    <w:uiPriority w:val="99"/>
    <w:unhideWhenUsed/>
    <w:rsid w:val="0029639D"/>
    <w:pPr>
      <w:spacing w:after="120"/>
      <w:ind w:left="1080"/>
      <w:contextualSpacing/>
    </w:pPr>
  </w:style>
  <w:style w:type="paragraph" w:styleId="Testomacro">
    <w:name w:val="macro"/>
    <w:link w:val="TestomacroCarattere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stomacroCarattere">
    <w:name w:val="Testo macro Carattere"/>
    <w:basedOn w:val="Carpredefinitoparagrafo"/>
    <w:link w:val="Testomacro"/>
    <w:uiPriority w:val="99"/>
    <w:rsid w:val="0029639D"/>
    <w:rPr>
      <w:rFonts w:ascii="Courier" w:hAnsi="Courier"/>
      <w:sz w:val="20"/>
      <w:szCs w:val="20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FC693F"/>
    <w:rPr>
      <w:i/>
      <w:iCs/>
      <w:color w:val="000000" w:themeColor="text1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FC693F"/>
    <w:rPr>
      <w:i/>
      <w:iCs/>
      <w:color w:val="000000" w:themeColor="text1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Didascalia">
    <w:name w:val="caption"/>
    <w:basedOn w:val="Normale"/>
    <w:next w:val="Normale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Enfasigrassetto">
    <w:name w:val="Strong"/>
    <w:basedOn w:val="Carpredefinitoparagrafo"/>
    <w:uiPriority w:val="22"/>
    <w:qFormat/>
    <w:rsid w:val="00FC693F"/>
    <w:rPr>
      <w:b/>
      <w:bCs/>
    </w:rPr>
  </w:style>
  <w:style w:type="character" w:styleId="Enfasicorsivo">
    <w:name w:val="Emphasis"/>
    <w:basedOn w:val="Carpredefinitoparagrafo"/>
    <w:uiPriority w:val="20"/>
    <w:qFormat/>
    <w:rsid w:val="00FC693F"/>
    <w:rPr>
      <w:i/>
      <w:iCs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FC693F"/>
    <w:rPr>
      <w:b/>
      <w:bCs/>
      <w:i/>
      <w:iCs/>
      <w:color w:val="4F81BD" w:themeColor="accent1"/>
    </w:rPr>
  </w:style>
  <w:style w:type="character" w:styleId="Enfasidelicata">
    <w:name w:val="Subtle Emphasis"/>
    <w:basedOn w:val="Carpredefinitoparagrafo"/>
    <w:uiPriority w:val="19"/>
    <w:qFormat/>
    <w:rsid w:val="00FC693F"/>
    <w:rPr>
      <w:i/>
      <w:iCs/>
      <w:color w:val="808080" w:themeColor="text1" w:themeTint="7F"/>
    </w:rPr>
  </w:style>
  <w:style w:type="character" w:styleId="Enfasiintensa">
    <w:name w:val="Intense Emphasis"/>
    <w:basedOn w:val="Carpredefinitoparagrafo"/>
    <w:uiPriority w:val="21"/>
    <w:qFormat/>
    <w:rsid w:val="00FC693F"/>
    <w:rPr>
      <w:b/>
      <w:bCs/>
      <w:i/>
      <w:iCs/>
      <w:color w:val="4F81BD" w:themeColor="accent1"/>
    </w:rPr>
  </w:style>
  <w:style w:type="character" w:styleId="Riferimentodelicato">
    <w:name w:val="Subtle Reference"/>
    <w:basedOn w:val="Carpredefinitoparagrafo"/>
    <w:uiPriority w:val="31"/>
    <w:qFormat/>
    <w:rsid w:val="00FC693F"/>
    <w:rPr>
      <w:smallCaps/>
      <w:color w:val="C0504D" w:themeColor="accent2"/>
      <w:u w:val="single"/>
    </w:rPr>
  </w:style>
  <w:style w:type="character" w:styleId="Riferimentointenso">
    <w:name w:val="Intense Reference"/>
    <w:basedOn w:val="Carpredefinitoparagrafo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itolodellibro">
    <w:name w:val="Book Title"/>
    <w:basedOn w:val="Carpredefinitoparagrafo"/>
    <w:uiPriority w:val="33"/>
    <w:qFormat/>
    <w:rsid w:val="00FC693F"/>
    <w:rPr>
      <w:b/>
      <w:bCs/>
      <w:smallCaps/>
      <w:spacing w:val="5"/>
    </w:rPr>
  </w:style>
  <w:style w:type="paragraph" w:styleId="Titolosommario">
    <w:name w:val="TOC Heading"/>
    <w:basedOn w:val="Titolo1"/>
    <w:next w:val="Normale"/>
    <w:uiPriority w:val="39"/>
    <w:semiHidden/>
    <w:unhideWhenUsed/>
    <w:qFormat/>
    <w:rsid w:val="00FC693F"/>
    <w:pPr>
      <w:outlineLvl w:val="9"/>
    </w:pPr>
  </w:style>
  <w:style w:type="table" w:styleId="Grigliatabella">
    <w:name w:val="Table Grid"/>
    <w:basedOn w:val="Tabellanormale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fondochiaro">
    <w:name w:val="Light Shading"/>
    <w:basedOn w:val="Tabellanormale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fondochiaro-Colore1">
    <w:name w:val="Light Shading Accent 1"/>
    <w:basedOn w:val="Tabellanormale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fondochiaro-Colore2">
    <w:name w:val="Light Shading Accent 2"/>
    <w:basedOn w:val="Tabellanormale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fondochiaro-Colore3">
    <w:name w:val="Light Shading Accent 3"/>
    <w:basedOn w:val="Tabellanormale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fondochiaro-Colore4">
    <w:name w:val="Light Shading Accent 4"/>
    <w:basedOn w:val="Tabellanormale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fondochiaro-Colore5">
    <w:name w:val="Light Shading Accent 5"/>
    <w:basedOn w:val="Tabellanormale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fondochiaro-Colore6">
    <w:name w:val="Light Shading Accent 6"/>
    <w:basedOn w:val="Tabellanormale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Elencochiaro">
    <w:name w:val="Light List"/>
    <w:basedOn w:val="Tabellanormale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Elencochiaro-Colore1">
    <w:name w:val="Light List Accent 1"/>
    <w:basedOn w:val="Tabellanormale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Elencochiaro-Colore2">
    <w:name w:val="Light List Accent 2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Elencochiaro-Colore3">
    <w:name w:val="Light List Accent 3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Elencochiaro-Colore4">
    <w:name w:val="Light List Accent 4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Elencochiaro-Colore5">
    <w:name w:val="Light List Accent 5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Elencochiaro-Colore6">
    <w:name w:val="Light List Accent 6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Grigliachiara">
    <w:name w:val="Light Grid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Grigliachiara-Colore1">
    <w:name w:val="Light Grid Accent 1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Grigliachiara-Colore2">
    <w:name w:val="Light Grid Accent 2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Grigliachiara-Colore3">
    <w:name w:val="Light Grid Accent 3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Grigliachiara-Colore4">
    <w:name w:val="Light Grid Accent 4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Grigliachiara-Colore5">
    <w:name w:val="Light Grid Accent 5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Grigliachiara-Colore6">
    <w:name w:val="Light Grid Accent 6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fondomedio1">
    <w:name w:val="Medium Shading 1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1">
    <w:name w:val="Medium Shading 1 Accent 1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2">
    <w:name w:val="Medium Shading 1 Accent 2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3">
    <w:name w:val="Medium Shading 1 Accent 3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4">
    <w:name w:val="Medium Shading 1 Accent 4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5">
    <w:name w:val="Medium Shading 1 Accent 5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6">
    <w:name w:val="Medium Shading 1 Accent 6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2">
    <w:name w:val="Medium Shading 2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1">
    <w:name w:val="Medium Shading 2 Accent 1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2">
    <w:name w:val="Medium Shading 2 Accent 2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3">
    <w:name w:val="Medium Shading 2 Accent 3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4">
    <w:name w:val="Medium Shading 2 Accent 4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5">
    <w:name w:val="Medium Shading 2 Accent 5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6">
    <w:name w:val="Medium Shading 2 Accent 6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Elencomedio1">
    <w:name w:val="Medium List 1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Elencomedio1-Colore1">
    <w:name w:val="Medium List 1 Accent 1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Elencomedio1-Colore2">
    <w:name w:val="Medium List 1 Accent 2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Elencomedio1-Colore3">
    <w:name w:val="Medium List 1 Accent 3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Elencomedio1-Colore4">
    <w:name w:val="Medium List 1 Accent 4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Elencomedio1-Colore5">
    <w:name w:val="Medium List 1 Accent 5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Elencomedio1-Colore6">
    <w:name w:val="Medium List 1 Accent 6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Elencomedio2">
    <w:name w:val="Medium List 2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1">
    <w:name w:val="Medium List 2 Accent 1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2">
    <w:name w:val="Medium List 2 Accent 2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3">
    <w:name w:val="Medium List 2 Accent 3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4">
    <w:name w:val="Medium List 2 Accent 4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5">
    <w:name w:val="Medium List 2 Accent 5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6">
    <w:name w:val="Medium List 2 Accent 6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rigliamedia1">
    <w:name w:val="Medium Grid 1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gliamedia1-Colore1">
    <w:name w:val="Medium Grid 1 Accent 1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igliamedia1-Colore2">
    <w:name w:val="Medium Grid 1 Accent 2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igliamedia1-Colore3">
    <w:name w:val="Medium Grid 1 Accent 3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igliamedia1-Colore4">
    <w:name w:val="Medium Grid 1 Accent 4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igliamedia1-Colore5">
    <w:name w:val="Medium Grid 1 Accent 5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igliamedia1-Colore6">
    <w:name w:val="Medium Grid 1 Accent 6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Grigliamedia2">
    <w:name w:val="Medium Grid 2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1">
    <w:name w:val="Medium Grid 2 Accent 1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2">
    <w:name w:val="Medium Grid 2 Accent 2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3">
    <w:name w:val="Medium Grid 2 Accent 3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4">
    <w:name w:val="Medium Grid 2 Accent 4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5">
    <w:name w:val="Medium Grid 2 Accent 5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6">
    <w:name w:val="Medium Grid 2 Accent 6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3">
    <w:name w:val="Medium Grid 3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Grigliamedia3-Colore1">
    <w:name w:val="Medium Grid 3 Accent 1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Grigliamedia3-Colore2">
    <w:name w:val="Medium Grid 3 Accent 2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Grigliamedia3-Colore3">
    <w:name w:val="Medium Grid 3 Accent 3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Grigliamedia3-Colore4">
    <w:name w:val="Medium Grid 3 Accent 4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Grigliamedia3-Colore5">
    <w:name w:val="Medium Grid 3 Accent 5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Grigliamedia3-Colore6">
    <w:name w:val="Medium Grid 3 Accent 6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Elencoscuro">
    <w:name w:val="Dark List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Elencoscuro-Colore1">
    <w:name w:val="Dark List Accent 1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Elencoscuro-Colore2">
    <w:name w:val="Dark List Accent 2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Elencoscuro-Colore3">
    <w:name w:val="Dark List Accent 3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Elencoscuro-Colore4">
    <w:name w:val="Dark List Accent 4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Elencoscuro-Colore5">
    <w:name w:val="Dark List Accent 5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Elencoscuro-Colore6">
    <w:name w:val="Dark List Accent 6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Sfondoacolori">
    <w:name w:val="Colorful Shading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1">
    <w:name w:val="Colorful Shading Accent 1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2">
    <w:name w:val="Colorful Shading Accent 2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3">
    <w:name w:val="Colorful Shading Accent 3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fondoacolori-Colore4">
    <w:name w:val="Colorful Shading Accent 4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5">
    <w:name w:val="Colorful Shading Accent 5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6">
    <w:name w:val="Colorful Shading Accent 6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Elencoacolori">
    <w:name w:val="Colorful List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Elencoacolori-Colore1">
    <w:name w:val="Colorful List Accent 1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Elencoacolori-Colore2">
    <w:name w:val="Colorful List Accent 2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Elencoacolori-Colore3">
    <w:name w:val="Colorful List Accent 3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Elencoacolori-Colore4">
    <w:name w:val="Colorful List Accent 4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Elencoacolori-Colore5">
    <w:name w:val="Colorful List Accent 5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Elencoacolori-Colore6">
    <w:name w:val="Colorful List Accent 6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Grigliaacolori">
    <w:name w:val="Colorful Grid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gliaacolori-Colore1">
    <w:name w:val="Colorful Grid Accent 1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igliaacolori-Colore2">
    <w:name w:val="Colorful Grid Accent 2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igliaacolori-Colore3">
    <w:name w:val="Colorful Grid Accent 3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igliaacolori-Colore4">
    <w:name w:val="Colorful Grid Accent 4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igliaacolori-Colore5">
    <w:name w:val="Colorful Grid Accent 5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igliaacolori-Colore6">
    <w:name w:val="Colorful Grid Accent 6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D33AC46C-ACE5-4516-A1FB-F333AAFE23D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656</Words>
  <Characters>3745</Characters>
  <Application>Microsoft Office Word</Application>
  <DocSecurity>0</DocSecurity>
  <Lines>31</Lines>
  <Paragraphs>8</Paragraphs>
  <ScaleCrop>false</ScaleCrop>
  <HeadingPairs>
    <vt:vector size="4" baseType="variant">
      <vt:variant>
        <vt:lpstr>Titolo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4393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Dirigente Scolastico</cp:lastModifiedBy>
  <cp:revision>2</cp:revision>
  <dcterms:created xsi:type="dcterms:W3CDTF">2026-09-15T13:52:00Z</dcterms:created>
  <dcterms:modified xsi:type="dcterms:W3CDTF">2026-09-15T13:52:00Z</dcterms:modified>
  <cp:category/>
</cp:coreProperties>
</file>