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C586F" w14:textId="77777777" w:rsidR="00ED61A7" w:rsidRDefault="00000000">
      <w:pPr>
        <w:pStyle w:val="Titolo"/>
        <w:jc w:val="center"/>
      </w:pPr>
      <w:r>
        <w:t>SCHEDA DI RICHIESTA SERVIZIO DI TRASPORTO</w:t>
      </w:r>
      <w:r>
        <w:br/>
        <w:t>PER USCITA DIDATTICA</w:t>
      </w:r>
    </w:p>
    <w:p w14:paraId="7DF98DC9" w14:textId="77777777" w:rsidR="00ED61A7" w:rsidRDefault="00000000">
      <w:pPr>
        <w:jc w:val="center"/>
      </w:pPr>
      <w:r>
        <w:rPr>
          <w:i/>
          <w:sz w:val="18"/>
        </w:rPr>
        <w:t>Da compilare a cura del docente referente a seguito dell'approvazione dell'uscita da parte del Consiglio di classe</w:t>
      </w:r>
    </w:p>
    <w:p w14:paraId="69C154C6" w14:textId="77777777" w:rsidR="00ED61A7" w:rsidRDefault="00000000">
      <w:pPr>
        <w:pStyle w:val="Titolo1"/>
      </w:pPr>
      <w:r>
        <w:t>1. DATI DELL'USCITA</w:t>
      </w:r>
    </w:p>
    <w:tbl>
      <w:tblPr>
        <w:tblStyle w:val="Grigliatabella"/>
        <w:tblW w:w="0" w:type="auto"/>
        <w:jc w:val="center"/>
        <w:tblLook w:val="04A0" w:firstRow="1" w:lastRow="0" w:firstColumn="1" w:lastColumn="0" w:noHBand="0" w:noVBand="1"/>
      </w:tblPr>
      <w:tblGrid>
        <w:gridCol w:w="5151"/>
        <w:gridCol w:w="5151"/>
      </w:tblGrid>
      <w:tr w:rsidR="00ED61A7" w14:paraId="2D6B7D47" w14:textId="77777777">
        <w:trPr>
          <w:jc w:val="center"/>
        </w:trPr>
        <w:tc>
          <w:tcPr>
            <w:tcW w:w="5156" w:type="dxa"/>
            <w:shd w:val="clear" w:color="auto" w:fill="EDEDED"/>
            <w:tcMar>
              <w:top w:w="80" w:type="dxa"/>
              <w:left w:w="80" w:type="dxa"/>
              <w:bottom w:w="80" w:type="dxa"/>
              <w:right w:w="80" w:type="dxa"/>
            </w:tcMar>
            <w:vAlign w:val="center"/>
          </w:tcPr>
          <w:p w14:paraId="38DE1A67" w14:textId="77777777" w:rsidR="00ED61A7" w:rsidRDefault="00000000">
            <w:r>
              <w:rPr>
                <w:b/>
              </w:rPr>
              <w:t>Classe/i coinvolta/e</w:t>
            </w:r>
          </w:p>
        </w:tc>
        <w:tc>
          <w:tcPr>
            <w:tcW w:w="5156" w:type="dxa"/>
            <w:tcMar>
              <w:top w:w="80" w:type="dxa"/>
              <w:left w:w="80" w:type="dxa"/>
              <w:bottom w:w="80" w:type="dxa"/>
              <w:right w:w="80" w:type="dxa"/>
            </w:tcMar>
            <w:vAlign w:val="center"/>
          </w:tcPr>
          <w:p w14:paraId="3BA7BF87" w14:textId="77777777" w:rsidR="00ED61A7" w:rsidRDefault="00ED61A7"/>
        </w:tc>
      </w:tr>
      <w:tr w:rsidR="00ED61A7" w14:paraId="03ABB19E" w14:textId="77777777">
        <w:trPr>
          <w:jc w:val="center"/>
        </w:trPr>
        <w:tc>
          <w:tcPr>
            <w:tcW w:w="5156" w:type="dxa"/>
            <w:shd w:val="clear" w:color="auto" w:fill="EDEDED"/>
            <w:tcMar>
              <w:top w:w="80" w:type="dxa"/>
              <w:left w:w="80" w:type="dxa"/>
              <w:bottom w:w="80" w:type="dxa"/>
              <w:right w:w="80" w:type="dxa"/>
            </w:tcMar>
            <w:vAlign w:val="center"/>
          </w:tcPr>
          <w:p w14:paraId="0FB1E177" w14:textId="77777777" w:rsidR="00ED61A7" w:rsidRDefault="00000000">
            <w:r>
              <w:rPr>
                <w:b/>
              </w:rPr>
              <w:t>Docente referente</w:t>
            </w:r>
          </w:p>
        </w:tc>
        <w:tc>
          <w:tcPr>
            <w:tcW w:w="5156" w:type="dxa"/>
            <w:tcMar>
              <w:top w:w="80" w:type="dxa"/>
              <w:left w:w="80" w:type="dxa"/>
              <w:bottom w:w="80" w:type="dxa"/>
              <w:right w:w="80" w:type="dxa"/>
            </w:tcMar>
            <w:vAlign w:val="center"/>
          </w:tcPr>
          <w:p w14:paraId="36234F73" w14:textId="77777777" w:rsidR="00ED61A7" w:rsidRDefault="00ED61A7"/>
        </w:tc>
      </w:tr>
      <w:tr w:rsidR="00ED61A7" w14:paraId="6AF96896" w14:textId="77777777">
        <w:trPr>
          <w:jc w:val="center"/>
        </w:trPr>
        <w:tc>
          <w:tcPr>
            <w:tcW w:w="5156" w:type="dxa"/>
            <w:shd w:val="clear" w:color="auto" w:fill="EDEDED"/>
            <w:tcMar>
              <w:top w:w="80" w:type="dxa"/>
              <w:left w:w="80" w:type="dxa"/>
              <w:bottom w:w="80" w:type="dxa"/>
              <w:right w:w="80" w:type="dxa"/>
            </w:tcMar>
            <w:vAlign w:val="center"/>
          </w:tcPr>
          <w:p w14:paraId="6CC9AEC5" w14:textId="77777777" w:rsidR="00ED61A7" w:rsidRDefault="00000000">
            <w:r>
              <w:rPr>
                <w:b/>
              </w:rPr>
              <w:t>Data dell'uscita</w:t>
            </w:r>
          </w:p>
        </w:tc>
        <w:tc>
          <w:tcPr>
            <w:tcW w:w="5156" w:type="dxa"/>
            <w:tcMar>
              <w:top w:w="80" w:type="dxa"/>
              <w:left w:w="80" w:type="dxa"/>
              <w:bottom w:w="80" w:type="dxa"/>
              <w:right w:w="80" w:type="dxa"/>
            </w:tcMar>
            <w:vAlign w:val="center"/>
          </w:tcPr>
          <w:p w14:paraId="1042BA80" w14:textId="77777777" w:rsidR="00ED61A7" w:rsidRDefault="00000000">
            <w:r>
              <w:t>____ / ____ / ______</w:t>
            </w:r>
          </w:p>
        </w:tc>
      </w:tr>
      <w:tr w:rsidR="00ED61A7" w14:paraId="296BF07B" w14:textId="77777777">
        <w:trPr>
          <w:jc w:val="center"/>
        </w:trPr>
        <w:tc>
          <w:tcPr>
            <w:tcW w:w="5156" w:type="dxa"/>
            <w:shd w:val="clear" w:color="auto" w:fill="EDEDED"/>
            <w:tcMar>
              <w:top w:w="80" w:type="dxa"/>
              <w:left w:w="80" w:type="dxa"/>
              <w:bottom w:w="80" w:type="dxa"/>
              <w:right w:w="80" w:type="dxa"/>
            </w:tcMar>
            <w:vAlign w:val="center"/>
          </w:tcPr>
          <w:p w14:paraId="7D2E2325" w14:textId="77777777" w:rsidR="00ED61A7" w:rsidRDefault="00000000">
            <w:r>
              <w:rPr>
                <w:b/>
              </w:rPr>
              <w:t>Eventuale data alternativa</w:t>
            </w:r>
          </w:p>
        </w:tc>
        <w:tc>
          <w:tcPr>
            <w:tcW w:w="5156" w:type="dxa"/>
            <w:tcMar>
              <w:top w:w="80" w:type="dxa"/>
              <w:left w:w="80" w:type="dxa"/>
              <w:bottom w:w="80" w:type="dxa"/>
              <w:right w:w="80" w:type="dxa"/>
            </w:tcMar>
            <w:vAlign w:val="center"/>
          </w:tcPr>
          <w:p w14:paraId="6E074EEE" w14:textId="77777777" w:rsidR="00ED61A7" w:rsidRDefault="00000000">
            <w:r>
              <w:t>____ / ____ / ______</w:t>
            </w:r>
          </w:p>
        </w:tc>
      </w:tr>
      <w:tr w:rsidR="00ED61A7" w14:paraId="2FCECD04" w14:textId="77777777">
        <w:trPr>
          <w:jc w:val="center"/>
        </w:trPr>
        <w:tc>
          <w:tcPr>
            <w:tcW w:w="5156" w:type="dxa"/>
            <w:shd w:val="clear" w:color="auto" w:fill="EDEDED"/>
            <w:tcMar>
              <w:top w:w="80" w:type="dxa"/>
              <w:left w:w="80" w:type="dxa"/>
              <w:bottom w:w="80" w:type="dxa"/>
              <w:right w:w="80" w:type="dxa"/>
            </w:tcMar>
            <w:vAlign w:val="center"/>
          </w:tcPr>
          <w:p w14:paraId="2CF56771" w14:textId="77777777" w:rsidR="00ED61A7" w:rsidRDefault="00000000">
            <w:r>
              <w:rPr>
                <w:b/>
              </w:rPr>
              <w:t>Destinazione</w:t>
            </w:r>
          </w:p>
        </w:tc>
        <w:tc>
          <w:tcPr>
            <w:tcW w:w="5156" w:type="dxa"/>
            <w:tcMar>
              <w:top w:w="80" w:type="dxa"/>
              <w:left w:w="80" w:type="dxa"/>
              <w:bottom w:w="80" w:type="dxa"/>
              <w:right w:w="80" w:type="dxa"/>
            </w:tcMar>
            <w:vAlign w:val="center"/>
          </w:tcPr>
          <w:p w14:paraId="5D8E1BD6" w14:textId="77777777" w:rsidR="00ED61A7" w:rsidRDefault="00ED61A7"/>
        </w:tc>
      </w:tr>
      <w:tr w:rsidR="00ED61A7" w14:paraId="371F5A64" w14:textId="77777777">
        <w:trPr>
          <w:jc w:val="center"/>
        </w:trPr>
        <w:tc>
          <w:tcPr>
            <w:tcW w:w="5156" w:type="dxa"/>
            <w:shd w:val="clear" w:color="auto" w:fill="EDEDED"/>
            <w:tcMar>
              <w:top w:w="80" w:type="dxa"/>
              <w:left w:w="80" w:type="dxa"/>
              <w:bottom w:w="80" w:type="dxa"/>
              <w:right w:w="80" w:type="dxa"/>
            </w:tcMar>
            <w:vAlign w:val="center"/>
          </w:tcPr>
          <w:p w14:paraId="2B9BD7FD" w14:textId="77777777" w:rsidR="00ED61A7" w:rsidRDefault="00000000">
            <w:r>
              <w:rPr>
                <w:b/>
              </w:rPr>
              <w:t>Località / Comune</w:t>
            </w:r>
          </w:p>
        </w:tc>
        <w:tc>
          <w:tcPr>
            <w:tcW w:w="5156" w:type="dxa"/>
            <w:tcMar>
              <w:top w:w="80" w:type="dxa"/>
              <w:left w:w="80" w:type="dxa"/>
              <w:bottom w:w="80" w:type="dxa"/>
              <w:right w:w="80" w:type="dxa"/>
            </w:tcMar>
            <w:vAlign w:val="center"/>
          </w:tcPr>
          <w:p w14:paraId="14B9CDF8" w14:textId="77777777" w:rsidR="00ED61A7" w:rsidRDefault="00ED61A7"/>
        </w:tc>
      </w:tr>
      <w:tr w:rsidR="00ED61A7" w14:paraId="3FF5F6CB" w14:textId="77777777">
        <w:trPr>
          <w:jc w:val="center"/>
        </w:trPr>
        <w:tc>
          <w:tcPr>
            <w:tcW w:w="5156" w:type="dxa"/>
            <w:shd w:val="clear" w:color="auto" w:fill="EDEDED"/>
            <w:tcMar>
              <w:top w:w="80" w:type="dxa"/>
              <w:left w:w="80" w:type="dxa"/>
              <w:bottom w:w="80" w:type="dxa"/>
              <w:right w:w="80" w:type="dxa"/>
            </w:tcMar>
            <w:vAlign w:val="center"/>
          </w:tcPr>
          <w:p w14:paraId="48DB8A1D" w14:textId="77777777" w:rsidR="00ED61A7" w:rsidRDefault="00000000">
            <w:r>
              <w:rPr>
                <w:b/>
              </w:rPr>
              <w:t>Finalità didattica / attività prevista</w:t>
            </w:r>
          </w:p>
        </w:tc>
        <w:tc>
          <w:tcPr>
            <w:tcW w:w="5156" w:type="dxa"/>
            <w:tcMar>
              <w:top w:w="80" w:type="dxa"/>
              <w:left w:w="80" w:type="dxa"/>
              <w:bottom w:w="80" w:type="dxa"/>
              <w:right w:w="80" w:type="dxa"/>
            </w:tcMar>
            <w:vAlign w:val="center"/>
          </w:tcPr>
          <w:p w14:paraId="294E67EF" w14:textId="77777777" w:rsidR="00ED61A7" w:rsidRDefault="00ED61A7"/>
        </w:tc>
      </w:tr>
      <w:tr w:rsidR="00ED61A7" w14:paraId="5B356461" w14:textId="77777777">
        <w:trPr>
          <w:jc w:val="center"/>
        </w:trPr>
        <w:tc>
          <w:tcPr>
            <w:tcW w:w="5156" w:type="dxa"/>
            <w:shd w:val="clear" w:color="auto" w:fill="EDEDED"/>
            <w:tcMar>
              <w:top w:w="80" w:type="dxa"/>
              <w:left w:w="80" w:type="dxa"/>
              <w:bottom w:w="80" w:type="dxa"/>
              <w:right w:w="80" w:type="dxa"/>
            </w:tcMar>
            <w:vAlign w:val="center"/>
          </w:tcPr>
          <w:p w14:paraId="5A09A1B6" w14:textId="77777777" w:rsidR="00ED61A7" w:rsidRDefault="00000000">
            <w:r>
              <w:rPr>
                <w:b/>
              </w:rPr>
              <w:t>Luogo esatto di svolgimento dell'attività</w:t>
            </w:r>
          </w:p>
        </w:tc>
        <w:tc>
          <w:tcPr>
            <w:tcW w:w="5156" w:type="dxa"/>
            <w:tcMar>
              <w:top w:w="80" w:type="dxa"/>
              <w:left w:w="80" w:type="dxa"/>
              <w:bottom w:w="80" w:type="dxa"/>
              <w:right w:w="80" w:type="dxa"/>
            </w:tcMar>
            <w:vAlign w:val="center"/>
          </w:tcPr>
          <w:p w14:paraId="3E8DA666" w14:textId="77777777" w:rsidR="00ED61A7" w:rsidRDefault="00ED61A7"/>
        </w:tc>
      </w:tr>
    </w:tbl>
    <w:p w14:paraId="2A58C876" w14:textId="77777777" w:rsidR="00ED61A7" w:rsidRDefault="00000000">
      <w:pPr>
        <w:pStyle w:val="Titolo1"/>
      </w:pPr>
      <w:r>
        <w:t>2. PARTECIPANTI</w:t>
      </w:r>
    </w:p>
    <w:tbl>
      <w:tblPr>
        <w:tblStyle w:val="Grigliatabella"/>
        <w:tblW w:w="0" w:type="auto"/>
        <w:jc w:val="center"/>
        <w:tblLook w:val="04A0" w:firstRow="1" w:lastRow="0" w:firstColumn="1" w:lastColumn="0" w:noHBand="0" w:noVBand="1"/>
      </w:tblPr>
      <w:tblGrid>
        <w:gridCol w:w="5150"/>
        <w:gridCol w:w="5152"/>
      </w:tblGrid>
      <w:tr w:rsidR="00ED61A7" w14:paraId="4B951E08" w14:textId="77777777">
        <w:trPr>
          <w:jc w:val="center"/>
        </w:trPr>
        <w:tc>
          <w:tcPr>
            <w:tcW w:w="5156" w:type="dxa"/>
            <w:shd w:val="clear" w:color="auto" w:fill="EDEDED"/>
            <w:tcMar>
              <w:top w:w="80" w:type="dxa"/>
              <w:left w:w="80" w:type="dxa"/>
              <w:bottom w:w="80" w:type="dxa"/>
              <w:right w:w="80" w:type="dxa"/>
            </w:tcMar>
            <w:vAlign w:val="center"/>
          </w:tcPr>
          <w:p w14:paraId="2B0F2DEF" w14:textId="77777777" w:rsidR="00ED61A7" w:rsidRDefault="00000000">
            <w:r>
              <w:rPr>
                <w:b/>
              </w:rPr>
              <w:t>Numero studenti</w:t>
            </w:r>
          </w:p>
        </w:tc>
        <w:tc>
          <w:tcPr>
            <w:tcW w:w="5156" w:type="dxa"/>
            <w:tcMar>
              <w:top w:w="80" w:type="dxa"/>
              <w:left w:w="80" w:type="dxa"/>
              <w:bottom w:w="80" w:type="dxa"/>
              <w:right w:w="80" w:type="dxa"/>
            </w:tcMar>
            <w:vAlign w:val="center"/>
          </w:tcPr>
          <w:p w14:paraId="00620637" w14:textId="77777777" w:rsidR="00ED61A7" w:rsidRDefault="00ED61A7"/>
        </w:tc>
      </w:tr>
      <w:tr w:rsidR="00ED61A7" w14:paraId="7D973433" w14:textId="77777777">
        <w:trPr>
          <w:jc w:val="center"/>
        </w:trPr>
        <w:tc>
          <w:tcPr>
            <w:tcW w:w="5156" w:type="dxa"/>
            <w:shd w:val="clear" w:color="auto" w:fill="EDEDED"/>
            <w:tcMar>
              <w:top w:w="80" w:type="dxa"/>
              <w:left w:w="80" w:type="dxa"/>
              <w:bottom w:w="80" w:type="dxa"/>
              <w:right w:w="80" w:type="dxa"/>
            </w:tcMar>
            <w:vAlign w:val="center"/>
          </w:tcPr>
          <w:p w14:paraId="32ADFFA3" w14:textId="77777777" w:rsidR="00ED61A7" w:rsidRDefault="00000000">
            <w:r>
              <w:rPr>
                <w:b/>
              </w:rPr>
              <w:t>Numero docenti accompagnatori</w:t>
            </w:r>
          </w:p>
        </w:tc>
        <w:tc>
          <w:tcPr>
            <w:tcW w:w="5156" w:type="dxa"/>
            <w:tcMar>
              <w:top w:w="80" w:type="dxa"/>
              <w:left w:w="80" w:type="dxa"/>
              <w:bottom w:w="80" w:type="dxa"/>
              <w:right w:w="80" w:type="dxa"/>
            </w:tcMar>
            <w:vAlign w:val="center"/>
          </w:tcPr>
          <w:p w14:paraId="5834D333" w14:textId="77777777" w:rsidR="00ED61A7" w:rsidRDefault="00ED61A7"/>
        </w:tc>
      </w:tr>
      <w:tr w:rsidR="00ED61A7" w14:paraId="20D26E96" w14:textId="77777777">
        <w:trPr>
          <w:jc w:val="center"/>
        </w:trPr>
        <w:tc>
          <w:tcPr>
            <w:tcW w:w="5156" w:type="dxa"/>
            <w:shd w:val="clear" w:color="auto" w:fill="EDEDED"/>
            <w:tcMar>
              <w:top w:w="80" w:type="dxa"/>
              <w:left w:w="80" w:type="dxa"/>
              <w:bottom w:w="80" w:type="dxa"/>
              <w:right w:w="80" w:type="dxa"/>
            </w:tcMar>
            <w:vAlign w:val="center"/>
          </w:tcPr>
          <w:p w14:paraId="2CBA7F37" w14:textId="77777777" w:rsidR="00ED61A7" w:rsidRDefault="00000000">
            <w:r>
              <w:rPr>
                <w:b/>
              </w:rPr>
              <w:t>Eventuali altri partecipanti autorizzati</w:t>
            </w:r>
          </w:p>
        </w:tc>
        <w:tc>
          <w:tcPr>
            <w:tcW w:w="5156" w:type="dxa"/>
            <w:tcMar>
              <w:top w:w="80" w:type="dxa"/>
              <w:left w:w="80" w:type="dxa"/>
              <w:bottom w:w="80" w:type="dxa"/>
              <w:right w:w="80" w:type="dxa"/>
            </w:tcMar>
            <w:vAlign w:val="center"/>
          </w:tcPr>
          <w:p w14:paraId="09AF3009" w14:textId="77777777" w:rsidR="00ED61A7" w:rsidRDefault="00ED61A7"/>
        </w:tc>
      </w:tr>
      <w:tr w:rsidR="00ED61A7" w14:paraId="0AA589B6" w14:textId="77777777">
        <w:trPr>
          <w:jc w:val="center"/>
        </w:trPr>
        <w:tc>
          <w:tcPr>
            <w:tcW w:w="5156" w:type="dxa"/>
            <w:shd w:val="clear" w:color="auto" w:fill="EDEDED"/>
            <w:tcMar>
              <w:top w:w="80" w:type="dxa"/>
              <w:left w:w="80" w:type="dxa"/>
              <w:bottom w:w="80" w:type="dxa"/>
              <w:right w:w="80" w:type="dxa"/>
            </w:tcMar>
            <w:vAlign w:val="center"/>
          </w:tcPr>
          <w:p w14:paraId="16FDFEE5" w14:textId="2AF73B9F" w:rsidR="00ED61A7" w:rsidRDefault="00E25E18">
            <w:r w:rsidRPr="00430CC5">
              <w:rPr>
                <w:b/>
                <w:lang w:val="it-IT"/>
              </w:rPr>
              <w:t>Eventuale presenza di studenti con disabilità o con specifiche esigenze di accessibilità:</w:t>
            </w:r>
          </w:p>
        </w:tc>
        <w:tc>
          <w:tcPr>
            <w:tcW w:w="5156" w:type="dxa"/>
            <w:tcMar>
              <w:top w:w="80" w:type="dxa"/>
              <w:left w:w="80" w:type="dxa"/>
              <w:bottom w:w="80" w:type="dxa"/>
              <w:right w:w="80" w:type="dxa"/>
            </w:tcMar>
            <w:vAlign w:val="center"/>
          </w:tcPr>
          <w:p w14:paraId="29285083" w14:textId="77777777" w:rsidR="00ED61A7" w:rsidRDefault="00000000">
            <w:r>
              <w:t>☐ NO   ☐ SÌ – specificare esclusivamente le caratteristiche del servizio richiesto: __________________________</w:t>
            </w:r>
          </w:p>
        </w:tc>
      </w:tr>
    </w:tbl>
    <w:p w14:paraId="0BA0AF9C" w14:textId="77777777" w:rsidR="00ED61A7" w:rsidRDefault="00000000">
      <w:r>
        <w:rPr>
          <w:i/>
          <w:sz w:val="17"/>
        </w:rPr>
        <w:t>Nota: non inserire dati personali o sanitari; indicare esclusivamente le caratteristiche del servizio di trasporto da garantire.</w:t>
      </w:r>
    </w:p>
    <w:p w14:paraId="2E7DB8C2" w14:textId="77777777" w:rsidR="00ED61A7" w:rsidRDefault="00000000">
      <w:pPr>
        <w:pStyle w:val="Titolo1"/>
      </w:pPr>
      <w:r>
        <w:t>3. SERVIZIO DI TRASPORTO RICHIESTO</w:t>
      </w:r>
    </w:p>
    <w:tbl>
      <w:tblPr>
        <w:tblStyle w:val="Grigliatabella"/>
        <w:tblW w:w="0" w:type="auto"/>
        <w:jc w:val="center"/>
        <w:tblLook w:val="04A0" w:firstRow="1" w:lastRow="0" w:firstColumn="1" w:lastColumn="0" w:noHBand="0" w:noVBand="1"/>
      </w:tblPr>
      <w:tblGrid>
        <w:gridCol w:w="5150"/>
        <w:gridCol w:w="5152"/>
      </w:tblGrid>
      <w:tr w:rsidR="00ED61A7" w14:paraId="7C96CEFD" w14:textId="77777777">
        <w:trPr>
          <w:jc w:val="center"/>
        </w:trPr>
        <w:tc>
          <w:tcPr>
            <w:tcW w:w="5156" w:type="dxa"/>
            <w:shd w:val="clear" w:color="auto" w:fill="EDEDED"/>
            <w:tcMar>
              <w:top w:w="80" w:type="dxa"/>
              <w:left w:w="80" w:type="dxa"/>
              <w:bottom w:w="80" w:type="dxa"/>
              <w:right w:w="80" w:type="dxa"/>
            </w:tcMar>
            <w:vAlign w:val="center"/>
          </w:tcPr>
          <w:p w14:paraId="2825B016" w14:textId="77777777" w:rsidR="00ED61A7" w:rsidRDefault="00000000">
            <w:r>
              <w:rPr>
                <w:b/>
              </w:rPr>
              <w:t>Luogo di partenza</w:t>
            </w:r>
          </w:p>
        </w:tc>
        <w:tc>
          <w:tcPr>
            <w:tcW w:w="5156" w:type="dxa"/>
            <w:tcMar>
              <w:top w:w="80" w:type="dxa"/>
              <w:left w:w="80" w:type="dxa"/>
              <w:bottom w:w="80" w:type="dxa"/>
              <w:right w:w="80" w:type="dxa"/>
            </w:tcMar>
            <w:vAlign w:val="center"/>
          </w:tcPr>
          <w:p w14:paraId="48E10C04" w14:textId="77777777" w:rsidR="00ED61A7" w:rsidRDefault="00000000">
            <w:r>
              <w:t>☐ Sede Via Ciusa   ☐ Sede Terramaini   ☐ altro: __________________________</w:t>
            </w:r>
          </w:p>
        </w:tc>
      </w:tr>
      <w:tr w:rsidR="00ED61A7" w14:paraId="68B75EFE" w14:textId="77777777">
        <w:trPr>
          <w:jc w:val="center"/>
        </w:trPr>
        <w:tc>
          <w:tcPr>
            <w:tcW w:w="5156" w:type="dxa"/>
            <w:shd w:val="clear" w:color="auto" w:fill="EDEDED"/>
            <w:tcMar>
              <w:top w:w="80" w:type="dxa"/>
              <w:left w:w="80" w:type="dxa"/>
              <w:bottom w:w="80" w:type="dxa"/>
              <w:right w:w="80" w:type="dxa"/>
            </w:tcMar>
            <w:vAlign w:val="center"/>
          </w:tcPr>
          <w:p w14:paraId="408FC26F" w14:textId="77777777" w:rsidR="00ED61A7" w:rsidRDefault="00000000">
            <w:r>
              <w:rPr>
                <w:b/>
              </w:rPr>
              <w:t>Orario richiesto di partenza</w:t>
            </w:r>
          </w:p>
        </w:tc>
        <w:tc>
          <w:tcPr>
            <w:tcW w:w="5156" w:type="dxa"/>
            <w:tcMar>
              <w:top w:w="80" w:type="dxa"/>
              <w:left w:w="80" w:type="dxa"/>
              <w:bottom w:w="80" w:type="dxa"/>
              <w:right w:w="80" w:type="dxa"/>
            </w:tcMar>
            <w:vAlign w:val="center"/>
          </w:tcPr>
          <w:p w14:paraId="66230659" w14:textId="77777777" w:rsidR="00ED61A7" w:rsidRDefault="00000000">
            <w:r>
              <w:t>______ : ______</w:t>
            </w:r>
          </w:p>
        </w:tc>
      </w:tr>
      <w:tr w:rsidR="00ED61A7" w14:paraId="75DFE4B0" w14:textId="77777777">
        <w:trPr>
          <w:jc w:val="center"/>
        </w:trPr>
        <w:tc>
          <w:tcPr>
            <w:tcW w:w="5156" w:type="dxa"/>
            <w:shd w:val="clear" w:color="auto" w:fill="EDEDED"/>
            <w:tcMar>
              <w:top w:w="80" w:type="dxa"/>
              <w:left w:w="80" w:type="dxa"/>
              <w:bottom w:w="80" w:type="dxa"/>
              <w:right w:w="80" w:type="dxa"/>
            </w:tcMar>
            <w:vAlign w:val="center"/>
          </w:tcPr>
          <w:p w14:paraId="5DC42E3B" w14:textId="77777777" w:rsidR="00ED61A7" w:rsidRDefault="00000000">
            <w:r>
              <w:rPr>
                <w:b/>
              </w:rPr>
              <w:t>Destinazione / punto di arrivo</w:t>
            </w:r>
          </w:p>
        </w:tc>
        <w:tc>
          <w:tcPr>
            <w:tcW w:w="5156" w:type="dxa"/>
            <w:tcMar>
              <w:top w:w="80" w:type="dxa"/>
              <w:left w:w="80" w:type="dxa"/>
              <w:bottom w:w="80" w:type="dxa"/>
              <w:right w:w="80" w:type="dxa"/>
            </w:tcMar>
            <w:vAlign w:val="center"/>
          </w:tcPr>
          <w:p w14:paraId="4A2E8638" w14:textId="77777777" w:rsidR="00ED61A7" w:rsidRDefault="00ED61A7"/>
        </w:tc>
      </w:tr>
      <w:tr w:rsidR="00ED61A7" w14:paraId="2904FBFC" w14:textId="77777777">
        <w:trPr>
          <w:jc w:val="center"/>
        </w:trPr>
        <w:tc>
          <w:tcPr>
            <w:tcW w:w="5156" w:type="dxa"/>
            <w:shd w:val="clear" w:color="auto" w:fill="EDEDED"/>
            <w:tcMar>
              <w:top w:w="80" w:type="dxa"/>
              <w:left w:w="80" w:type="dxa"/>
              <w:bottom w:w="80" w:type="dxa"/>
              <w:right w:w="80" w:type="dxa"/>
            </w:tcMar>
            <w:vAlign w:val="center"/>
          </w:tcPr>
          <w:p w14:paraId="295525AE" w14:textId="77777777" w:rsidR="00ED61A7" w:rsidRDefault="00000000">
            <w:r>
              <w:rPr>
                <w:b/>
              </w:rPr>
              <w:t>Orario previsto di arrivo a destinazione</w:t>
            </w:r>
          </w:p>
        </w:tc>
        <w:tc>
          <w:tcPr>
            <w:tcW w:w="5156" w:type="dxa"/>
            <w:tcMar>
              <w:top w:w="80" w:type="dxa"/>
              <w:left w:w="80" w:type="dxa"/>
              <w:bottom w:w="80" w:type="dxa"/>
              <w:right w:w="80" w:type="dxa"/>
            </w:tcMar>
            <w:vAlign w:val="center"/>
          </w:tcPr>
          <w:p w14:paraId="429353DC" w14:textId="77777777" w:rsidR="00ED61A7" w:rsidRDefault="00000000">
            <w:r>
              <w:t>______ : ______</w:t>
            </w:r>
          </w:p>
        </w:tc>
      </w:tr>
      <w:tr w:rsidR="00ED61A7" w14:paraId="4028E821" w14:textId="77777777">
        <w:trPr>
          <w:jc w:val="center"/>
        </w:trPr>
        <w:tc>
          <w:tcPr>
            <w:tcW w:w="5156" w:type="dxa"/>
            <w:shd w:val="clear" w:color="auto" w:fill="EDEDED"/>
            <w:tcMar>
              <w:top w:w="80" w:type="dxa"/>
              <w:left w:w="80" w:type="dxa"/>
              <w:bottom w:w="80" w:type="dxa"/>
              <w:right w:w="80" w:type="dxa"/>
            </w:tcMar>
            <w:vAlign w:val="center"/>
          </w:tcPr>
          <w:p w14:paraId="3F43BCF3" w14:textId="77777777" w:rsidR="00ED61A7" w:rsidRDefault="00000000">
            <w:r>
              <w:rPr>
                <w:b/>
              </w:rPr>
              <w:t>Orario previsto di partenza per il rientro</w:t>
            </w:r>
          </w:p>
        </w:tc>
        <w:tc>
          <w:tcPr>
            <w:tcW w:w="5156" w:type="dxa"/>
            <w:tcMar>
              <w:top w:w="80" w:type="dxa"/>
              <w:left w:w="80" w:type="dxa"/>
              <w:bottom w:w="80" w:type="dxa"/>
              <w:right w:w="80" w:type="dxa"/>
            </w:tcMar>
            <w:vAlign w:val="center"/>
          </w:tcPr>
          <w:p w14:paraId="24B49E48" w14:textId="77777777" w:rsidR="00ED61A7" w:rsidRDefault="00000000">
            <w:r>
              <w:t>______ : ______</w:t>
            </w:r>
          </w:p>
        </w:tc>
      </w:tr>
      <w:tr w:rsidR="00ED61A7" w14:paraId="05390A02" w14:textId="77777777">
        <w:trPr>
          <w:jc w:val="center"/>
        </w:trPr>
        <w:tc>
          <w:tcPr>
            <w:tcW w:w="5156" w:type="dxa"/>
            <w:shd w:val="clear" w:color="auto" w:fill="EDEDED"/>
            <w:tcMar>
              <w:top w:w="80" w:type="dxa"/>
              <w:left w:w="80" w:type="dxa"/>
              <w:bottom w:w="80" w:type="dxa"/>
              <w:right w:w="80" w:type="dxa"/>
            </w:tcMar>
            <w:vAlign w:val="center"/>
          </w:tcPr>
          <w:p w14:paraId="7C5E07C3" w14:textId="77777777" w:rsidR="00ED61A7" w:rsidRDefault="00000000">
            <w:r>
              <w:rPr>
                <w:b/>
              </w:rPr>
              <w:t>Luogo di rientro</w:t>
            </w:r>
          </w:p>
        </w:tc>
        <w:tc>
          <w:tcPr>
            <w:tcW w:w="5156" w:type="dxa"/>
            <w:tcMar>
              <w:top w:w="80" w:type="dxa"/>
              <w:left w:w="80" w:type="dxa"/>
              <w:bottom w:w="80" w:type="dxa"/>
              <w:right w:w="80" w:type="dxa"/>
            </w:tcMar>
            <w:vAlign w:val="center"/>
          </w:tcPr>
          <w:p w14:paraId="3E5CB282" w14:textId="77777777" w:rsidR="00ED61A7" w:rsidRDefault="00000000">
            <w:r>
              <w:t>☐ Sede Via Ciusa   ☐ Sede Terramaini   ☐ altro: __________________________</w:t>
            </w:r>
          </w:p>
        </w:tc>
      </w:tr>
      <w:tr w:rsidR="00ED61A7" w14:paraId="60183C9C" w14:textId="77777777">
        <w:trPr>
          <w:jc w:val="center"/>
        </w:trPr>
        <w:tc>
          <w:tcPr>
            <w:tcW w:w="5156" w:type="dxa"/>
            <w:shd w:val="clear" w:color="auto" w:fill="EDEDED"/>
            <w:tcMar>
              <w:top w:w="80" w:type="dxa"/>
              <w:left w:w="80" w:type="dxa"/>
              <w:bottom w:w="80" w:type="dxa"/>
              <w:right w:w="80" w:type="dxa"/>
            </w:tcMar>
            <w:vAlign w:val="center"/>
          </w:tcPr>
          <w:p w14:paraId="7841ADF7" w14:textId="77777777" w:rsidR="00ED61A7" w:rsidRDefault="00000000">
            <w:r>
              <w:rPr>
                <w:b/>
              </w:rPr>
              <w:t>Orario previsto di rientro</w:t>
            </w:r>
          </w:p>
        </w:tc>
        <w:tc>
          <w:tcPr>
            <w:tcW w:w="5156" w:type="dxa"/>
            <w:tcMar>
              <w:top w:w="80" w:type="dxa"/>
              <w:left w:w="80" w:type="dxa"/>
              <w:bottom w:w="80" w:type="dxa"/>
              <w:right w:w="80" w:type="dxa"/>
            </w:tcMar>
            <w:vAlign w:val="center"/>
          </w:tcPr>
          <w:p w14:paraId="0ABBC243" w14:textId="77777777" w:rsidR="00ED61A7" w:rsidRDefault="00000000">
            <w:r>
              <w:t>______ : ______</w:t>
            </w:r>
          </w:p>
        </w:tc>
      </w:tr>
    </w:tbl>
    <w:p w14:paraId="1CDA1653" w14:textId="77777777" w:rsidR="00ED61A7" w:rsidRDefault="00000000">
      <w:pPr>
        <w:pStyle w:val="Titolo1"/>
      </w:pPr>
      <w:r>
        <w:t>4. ITINERARIO ED EVENTUALI SPOSTAMENTI DURANTE LA GIORNATA</w:t>
      </w:r>
    </w:p>
    <w:tbl>
      <w:tblPr>
        <w:tblStyle w:val="Grigliatabella"/>
        <w:tblW w:w="0" w:type="auto"/>
        <w:jc w:val="center"/>
        <w:tblLook w:val="04A0" w:firstRow="1" w:lastRow="0" w:firstColumn="1" w:lastColumn="0" w:noHBand="0" w:noVBand="1"/>
      </w:tblPr>
      <w:tblGrid>
        <w:gridCol w:w="5149"/>
        <w:gridCol w:w="5153"/>
      </w:tblGrid>
      <w:tr w:rsidR="00ED61A7" w14:paraId="7564CEF1" w14:textId="77777777">
        <w:trPr>
          <w:jc w:val="center"/>
        </w:trPr>
        <w:tc>
          <w:tcPr>
            <w:tcW w:w="5156" w:type="dxa"/>
            <w:shd w:val="clear" w:color="auto" w:fill="EDEDED"/>
            <w:tcMar>
              <w:top w:w="80" w:type="dxa"/>
              <w:left w:w="80" w:type="dxa"/>
              <w:bottom w:w="80" w:type="dxa"/>
              <w:right w:w="80" w:type="dxa"/>
            </w:tcMar>
            <w:vAlign w:val="center"/>
          </w:tcPr>
          <w:p w14:paraId="759725F9" w14:textId="77777777" w:rsidR="00ED61A7" w:rsidRDefault="00000000">
            <w:r>
              <w:rPr>
                <w:b/>
              </w:rPr>
              <w:t>Percorso principale</w:t>
            </w:r>
          </w:p>
        </w:tc>
        <w:tc>
          <w:tcPr>
            <w:tcW w:w="5156" w:type="dxa"/>
            <w:tcMar>
              <w:top w:w="80" w:type="dxa"/>
              <w:left w:w="80" w:type="dxa"/>
              <w:bottom w:w="80" w:type="dxa"/>
              <w:right w:w="80" w:type="dxa"/>
            </w:tcMar>
            <w:vAlign w:val="center"/>
          </w:tcPr>
          <w:p w14:paraId="4298A7A9" w14:textId="77777777" w:rsidR="00ED61A7" w:rsidRDefault="00ED61A7"/>
        </w:tc>
      </w:tr>
      <w:tr w:rsidR="00ED61A7" w14:paraId="5A973B5E" w14:textId="77777777">
        <w:trPr>
          <w:jc w:val="center"/>
        </w:trPr>
        <w:tc>
          <w:tcPr>
            <w:tcW w:w="5156" w:type="dxa"/>
            <w:shd w:val="clear" w:color="auto" w:fill="EDEDED"/>
            <w:tcMar>
              <w:top w:w="80" w:type="dxa"/>
              <w:left w:w="80" w:type="dxa"/>
              <w:bottom w:w="80" w:type="dxa"/>
              <w:right w:w="80" w:type="dxa"/>
            </w:tcMar>
            <w:vAlign w:val="center"/>
          </w:tcPr>
          <w:p w14:paraId="3763D782" w14:textId="77777777" w:rsidR="00ED61A7" w:rsidRDefault="00000000">
            <w:r>
              <w:rPr>
                <w:b/>
              </w:rPr>
              <w:t>Ulteriori spostamenti con autobus durante la giornata</w:t>
            </w:r>
          </w:p>
        </w:tc>
        <w:tc>
          <w:tcPr>
            <w:tcW w:w="5156" w:type="dxa"/>
            <w:tcMar>
              <w:top w:w="80" w:type="dxa"/>
              <w:left w:w="80" w:type="dxa"/>
              <w:bottom w:w="80" w:type="dxa"/>
              <w:right w:w="80" w:type="dxa"/>
            </w:tcMar>
            <w:vAlign w:val="center"/>
          </w:tcPr>
          <w:p w14:paraId="0C4F55B2" w14:textId="77777777" w:rsidR="00ED61A7" w:rsidRDefault="00000000">
            <w:r>
              <w:t>☐ NO   ☐ SÌ – indicare località, percorso e orari: ______________________________</w:t>
            </w:r>
          </w:p>
        </w:tc>
      </w:tr>
      <w:tr w:rsidR="00ED61A7" w14:paraId="28BD81B1" w14:textId="77777777">
        <w:trPr>
          <w:jc w:val="center"/>
        </w:trPr>
        <w:tc>
          <w:tcPr>
            <w:tcW w:w="5156" w:type="dxa"/>
            <w:shd w:val="clear" w:color="auto" w:fill="EDEDED"/>
            <w:tcMar>
              <w:top w:w="80" w:type="dxa"/>
              <w:left w:w="80" w:type="dxa"/>
              <w:bottom w:w="80" w:type="dxa"/>
              <w:right w:w="80" w:type="dxa"/>
            </w:tcMar>
            <w:vAlign w:val="center"/>
          </w:tcPr>
          <w:p w14:paraId="76CD7DB4" w14:textId="77777777" w:rsidR="00ED61A7" w:rsidRDefault="00000000">
            <w:r>
              <w:rPr>
                <w:b/>
              </w:rPr>
              <w:t>Disponibilità del mezzo per l'intera durata dell'uscita</w:t>
            </w:r>
          </w:p>
        </w:tc>
        <w:tc>
          <w:tcPr>
            <w:tcW w:w="5156" w:type="dxa"/>
            <w:tcMar>
              <w:top w:w="80" w:type="dxa"/>
              <w:left w:w="80" w:type="dxa"/>
              <w:bottom w:w="80" w:type="dxa"/>
              <w:right w:w="80" w:type="dxa"/>
            </w:tcMar>
            <w:vAlign w:val="center"/>
          </w:tcPr>
          <w:p w14:paraId="445C6C8F" w14:textId="77777777" w:rsidR="00ED61A7" w:rsidRDefault="00000000">
            <w:r>
              <w:t>☐ SÌ   ☐ NO</w:t>
            </w:r>
          </w:p>
        </w:tc>
      </w:tr>
    </w:tbl>
    <w:p w14:paraId="092531AE" w14:textId="77777777" w:rsidR="00ED61A7" w:rsidRDefault="00000000">
      <w:pPr>
        <w:pStyle w:val="Titolo1"/>
      </w:pPr>
      <w:r>
        <w:lastRenderedPageBreak/>
        <w:t>5. CARATTERISTICHE DEL SERVIZIO</w:t>
      </w:r>
    </w:p>
    <w:tbl>
      <w:tblPr>
        <w:tblStyle w:val="Grigliatabella"/>
        <w:tblW w:w="0" w:type="auto"/>
        <w:jc w:val="center"/>
        <w:tblLook w:val="04A0" w:firstRow="1" w:lastRow="0" w:firstColumn="1" w:lastColumn="0" w:noHBand="0" w:noVBand="1"/>
      </w:tblPr>
      <w:tblGrid>
        <w:gridCol w:w="5147"/>
        <w:gridCol w:w="5155"/>
      </w:tblGrid>
      <w:tr w:rsidR="00ED61A7" w14:paraId="37BB9E48" w14:textId="77777777">
        <w:trPr>
          <w:jc w:val="center"/>
        </w:trPr>
        <w:tc>
          <w:tcPr>
            <w:tcW w:w="5156" w:type="dxa"/>
            <w:shd w:val="clear" w:color="auto" w:fill="EDEDED"/>
            <w:tcMar>
              <w:top w:w="80" w:type="dxa"/>
              <w:left w:w="80" w:type="dxa"/>
              <w:bottom w:w="80" w:type="dxa"/>
              <w:right w:w="80" w:type="dxa"/>
            </w:tcMar>
            <w:vAlign w:val="center"/>
          </w:tcPr>
          <w:p w14:paraId="72EF9389" w14:textId="77777777" w:rsidR="00ED61A7" w:rsidRDefault="00000000">
            <w:r>
              <w:rPr>
                <w:b/>
              </w:rPr>
              <w:t>Capienza minima richiesta</w:t>
            </w:r>
          </w:p>
        </w:tc>
        <w:tc>
          <w:tcPr>
            <w:tcW w:w="5156" w:type="dxa"/>
            <w:tcMar>
              <w:top w:w="80" w:type="dxa"/>
              <w:left w:w="80" w:type="dxa"/>
              <w:bottom w:w="80" w:type="dxa"/>
              <w:right w:w="80" w:type="dxa"/>
            </w:tcMar>
            <w:vAlign w:val="center"/>
          </w:tcPr>
          <w:p w14:paraId="6BFBD8DE" w14:textId="77777777" w:rsidR="00ED61A7" w:rsidRDefault="00000000">
            <w:r>
              <w:t>________ posti</w:t>
            </w:r>
          </w:p>
        </w:tc>
      </w:tr>
      <w:tr w:rsidR="00ED61A7" w14:paraId="24B6D306" w14:textId="77777777">
        <w:trPr>
          <w:jc w:val="center"/>
        </w:trPr>
        <w:tc>
          <w:tcPr>
            <w:tcW w:w="5156" w:type="dxa"/>
            <w:shd w:val="clear" w:color="auto" w:fill="EDEDED"/>
            <w:tcMar>
              <w:top w:w="80" w:type="dxa"/>
              <w:left w:w="80" w:type="dxa"/>
              <w:bottom w:w="80" w:type="dxa"/>
              <w:right w:w="80" w:type="dxa"/>
            </w:tcMar>
            <w:vAlign w:val="center"/>
          </w:tcPr>
          <w:p w14:paraId="33B3FDB5" w14:textId="77777777" w:rsidR="00ED61A7" w:rsidRDefault="00000000">
            <w:r>
              <w:rPr>
                <w:b/>
              </w:rPr>
              <w:t>Eventuali esigenze particolari del mezzo</w:t>
            </w:r>
          </w:p>
        </w:tc>
        <w:tc>
          <w:tcPr>
            <w:tcW w:w="5156" w:type="dxa"/>
            <w:tcMar>
              <w:top w:w="80" w:type="dxa"/>
              <w:left w:w="80" w:type="dxa"/>
              <w:bottom w:w="80" w:type="dxa"/>
              <w:right w:w="80" w:type="dxa"/>
            </w:tcMar>
            <w:vAlign w:val="center"/>
          </w:tcPr>
          <w:p w14:paraId="1B18E285" w14:textId="77777777" w:rsidR="00ED61A7" w:rsidRDefault="00000000">
            <w:r>
              <w:t>☐ nessuna   ☐ accessibilità per persona con mobilità ridotta   ☐ vano bagagli</w:t>
            </w:r>
            <w:r>
              <w:br/>
              <w:t>☐ altro: __________________________________________</w:t>
            </w:r>
          </w:p>
        </w:tc>
      </w:tr>
      <w:tr w:rsidR="00ED61A7" w14:paraId="1B2F9D6D" w14:textId="77777777">
        <w:trPr>
          <w:jc w:val="center"/>
        </w:trPr>
        <w:tc>
          <w:tcPr>
            <w:tcW w:w="5156" w:type="dxa"/>
            <w:shd w:val="clear" w:color="auto" w:fill="EDEDED"/>
            <w:tcMar>
              <w:top w:w="80" w:type="dxa"/>
              <w:left w:w="80" w:type="dxa"/>
              <w:bottom w:w="80" w:type="dxa"/>
              <w:right w:w="80" w:type="dxa"/>
            </w:tcMar>
            <w:vAlign w:val="center"/>
          </w:tcPr>
          <w:p w14:paraId="14CA4454" w14:textId="77777777" w:rsidR="00ED61A7" w:rsidRDefault="00000000">
            <w:r>
              <w:rPr>
                <w:b/>
              </w:rPr>
              <w:t>Ulteriori indicazioni utili per la richiesta di preventivo</w:t>
            </w:r>
          </w:p>
        </w:tc>
        <w:tc>
          <w:tcPr>
            <w:tcW w:w="5156" w:type="dxa"/>
            <w:tcMar>
              <w:top w:w="80" w:type="dxa"/>
              <w:left w:w="80" w:type="dxa"/>
              <w:bottom w:w="80" w:type="dxa"/>
              <w:right w:w="80" w:type="dxa"/>
            </w:tcMar>
            <w:vAlign w:val="center"/>
          </w:tcPr>
          <w:p w14:paraId="2EAC185E" w14:textId="77777777" w:rsidR="00ED61A7" w:rsidRDefault="00ED61A7"/>
        </w:tc>
      </w:tr>
    </w:tbl>
    <w:p w14:paraId="0CB718D2" w14:textId="77777777" w:rsidR="00ED61A7" w:rsidRDefault="00000000">
      <w:pPr>
        <w:pStyle w:val="Titolo1"/>
      </w:pPr>
      <w:r>
        <w:t>6. DICHIARAZIONE DEL DOCENTE REFERENTE</w:t>
      </w:r>
    </w:p>
    <w:p w14:paraId="673FE8EF" w14:textId="77777777" w:rsidR="00ED61A7" w:rsidRDefault="00000000">
      <w:r>
        <w:t>Il docente referente dichiara che i dati riportati nella presente scheda corrispondono all'uscita didattica programmata e approvata dagli organi competenti e chiede l'attivazione delle procedure necessarie per l'acquisizione del servizio di trasporto. La presentazione della scheda non costituisce conferma della disponibilità del servizio né autorizzazione definitiva allo svolgimento dell'uscita, che resta subordinata al completamento dei necessari adempimenti organizzativi e amministrativi.</w:t>
      </w:r>
    </w:p>
    <w:p w14:paraId="19D7FEF4" w14:textId="77777777" w:rsidR="00ED61A7" w:rsidRDefault="00000000">
      <w:r>
        <w:br/>
        <w:t>Data ____________________                         Il docente referente ______________________________</w:t>
      </w:r>
    </w:p>
    <w:p w14:paraId="2D57A972" w14:textId="77777777" w:rsidR="00E25E18" w:rsidRDefault="00E25E18">
      <w:pPr>
        <w:pStyle w:val="Titolo1"/>
      </w:pPr>
    </w:p>
    <w:p w14:paraId="4FA72C2C" w14:textId="77777777" w:rsidR="00E25E18" w:rsidRDefault="00E25E18">
      <w:pPr>
        <w:pStyle w:val="Titolo1"/>
      </w:pPr>
    </w:p>
    <w:p w14:paraId="1E35E406" w14:textId="77777777" w:rsidR="00E25E18" w:rsidRDefault="00E25E18">
      <w:pPr>
        <w:pStyle w:val="Titolo1"/>
      </w:pPr>
    </w:p>
    <w:p w14:paraId="14CC110A" w14:textId="77777777" w:rsidR="00E25E18" w:rsidRDefault="00E25E18">
      <w:pPr>
        <w:pStyle w:val="Titolo1"/>
      </w:pPr>
    </w:p>
    <w:p w14:paraId="0E5CA039" w14:textId="14798410" w:rsidR="00ED61A7" w:rsidRDefault="00000000">
      <w:pPr>
        <w:pStyle w:val="Titolo1"/>
      </w:pPr>
      <w:r>
        <w:t>RISERVATO ALL'AMMINISTRAZIONE</w:t>
      </w:r>
    </w:p>
    <w:tbl>
      <w:tblPr>
        <w:tblStyle w:val="Grigliatabella"/>
        <w:tblW w:w="0" w:type="auto"/>
        <w:jc w:val="center"/>
        <w:tblLook w:val="04A0" w:firstRow="1" w:lastRow="0" w:firstColumn="1" w:lastColumn="0" w:noHBand="0" w:noVBand="1"/>
      </w:tblPr>
      <w:tblGrid>
        <w:gridCol w:w="5150"/>
        <w:gridCol w:w="5152"/>
      </w:tblGrid>
      <w:tr w:rsidR="00ED61A7" w14:paraId="758DCA00" w14:textId="77777777">
        <w:trPr>
          <w:jc w:val="center"/>
        </w:trPr>
        <w:tc>
          <w:tcPr>
            <w:tcW w:w="5156" w:type="dxa"/>
            <w:shd w:val="clear" w:color="auto" w:fill="EDEDED"/>
            <w:tcMar>
              <w:top w:w="80" w:type="dxa"/>
              <w:left w:w="80" w:type="dxa"/>
              <w:bottom w:w="80" w:type="dxa"/>
              <w:right w:w="80" w:type="dxa"/>
            </w:tcMar>
            <w:vAlign w:val="center"/>
          </w:tcPr>
          <w:p w14:paraId="127B6C6C" w14:textId="77777777" w:rsidR="00ED61A7" w:rsidRDefault="00000000">
            <w:r>
              <w:rPr>
                <w:b/>
              </w:rPr>
              <w:t>Data acquisizione / protocollo</w:t>
            </w:r>
          </w:p>
        </w:tc>
        <w:tc>
          <w:tcPr>
            <w:tcW w:w="5156" w:type="dxa"/>
            <w:tcMar>
              <w:top w:w="80" w:type="dxa"/>
              <w:left w:w="80" w:type="dxa"/>
              <w:bottom w:w="80" w:type="dxa"/>
              <w:right w:w="80" w:type="dxa"/>
            </w:tcMar>
            <w:vAlign w:val="center"/>
          </w:tcPr>
          <w:p w14:paraId="23FB2A2D" w14:textId="77777777" w:rsidR="00ED61A7" w:rsidRDefault="00000000">
            <w:r>
              <w:t>Data ____________     Prot. n. __________________</w:t>
            </w:r>
          </w:p>
        </w:tc>
      </w:tr>
      <w:tr w:rsidR="00ED61A7" w14:paraId="419A127B" w14:textId="77777777">
        <w:trPr>
          <w:jc w:val="center"/>
        </w:trPr>
        <w:tc>
          <w:tcPr>
            <w:tcW w:w="5156" w:type="dxa"/>
            <w:shd w:val="clear" w:color="auto" w:fill="EDEDED"/>
            <w:tcMar>
              <w:top w:w="80" w:type="dxa"/>
              <w:left w:w="80" w:type="dxa"/>
              <w:bottom w:w="80" w:type="dxa"/>
              <w:right w:w="80" w:type="dxa"/>
            </w:tcMar>
            <w:vAlign w:val="center"/>
          </w:tcPr>
          <w:p w14:paraId="5B8B510B" w14:textId="77777777" w:rsidR="00ED61A7" w:rsidRDefault="00000000">
            <w:r>
              <w:rPr>
                <w:b/>
              </w:rPr>
              <w:t>Servizio richiesto</w:t>
            </w:r>
          </w:p>
        </w:tc>
        <w:tc>
          <w:tcPr>
            <w:tcW w:w="5156" w:type="dxa"/>
            <w:tcMar>
              <w:top w:w="80" w:type="dxa"/>
              <w:left w:w="80" w:type="dxa"/>
              <w:bottom w:w="80" w:type="dxa"/>
              <w:right w:w="80" w:type="dxa"/>
            </w:tcMar>
            <w:vAlign w:val="center"/>
          </w:tcPr>
          <w:p w14:paraId="0AB0F455" w14:textId="77777777" w:rsidR="00ED61A7" w:rsidRDefault="00000000">
            <w:r>
              <w:t>Noleggio autobus con conducente</w:t>
            </w:r>
          </w:p>
        </w:tc>
      </w:tr>
      <w:tr w:rsidR="00ED61A7" w14:paraId="36A3E44F" w14:textId="77777777">
        <w:trPr>
          <w:jc w:val="center"/>
        </w:trPr>
        <w:tc>
          <w:tcPr>
            <w:tcW w:w="5156" w:type="dxa"/>
            <w:shd w:val="clear" w:color="auto" w:fill="EDEDED"/>
            <w:tcMar>
              <w:top w:w="80" w:type="dxa"/>
              <w:left w:w="80" w:type="dxa"/>
              <w:bottom w:w="80" w:type="dxa"/>
              <w:right w:w="80" w:type="dxa"/>
            </w:tcMar>
            <w:vAlign w:val="center"/>
          </w:tcPr>
          <w:p w14:paraId="4EC3DBF7" w14:textId="77777777" w:rsidR="00ED61A7" w:rsidRDefault="00000000">
            <w:r>
              <w:rPr>
                <w:b/>
              </w:rPr>
              <w:t>Numero passeggeri / capienza mezzo</w:t>
            </w:r>
          </w:p>
        </w:tc>
        <w:tc>
          <w:tcPr>
            <w:tcW w:w="5156" w:type="dxa"/>
            <w:tcMar>
              <w:top w:w="80" w:type="dxa"/>
              <w:left w:w="80" w:type="dxa"/>
              <w:bottom w:w="80" w:type="dxa"/>
              <w:right w:w="80" w:type="dxa"/>
            </w:tcMar>
            <w:vAlign w:val="center"/>
          </w:tcPr>
          <w:p w14:paraId="4ADA600E" w14:textId="77777777" w:rsidR="00ED61A7" w:rsidRDefault="00000000">
            <w:r>
              <w:t>Passeggeri ________     Capienza ________</w:t>
            </w:r>
          </w:p>
        </w:tc>
      </w:tr>
      <w:tr w:rsidR="00ED61A7" w14:paraId="56A93145" w14:textId="77777777">
        <w:trPr>
          <w:jc w:val="center"/>
        </w:trPr>
        <w:tc>
          <w:tcPr>
            <w:tcW w:w="5156" w:type="dxa"/>
            <w:shd w:val="clear" w:color="auto" w:fill="EDEDED"/>
            <w:tcMar>
              <w:top w:w="80" w:type="dxa"/>
              <w:left w:w="80" w:type="dxa"/>
              <w:bottom w:w="80" w:type="dxa"/>
              <w:right w:w="80" w:type="dxa"/>
            </w:tcMar>
            <w:vAlign w:val="center"/>
          </w:tcPr>
          <w:p w14:paraId="487A81C4" w14:textId="77777777" w:rsidR="00ED61A7" w:rsidRDefault="00000000">
            <w:r>
              <w:rPr>
                <w:b/>
              </w:rPr>
              <w:t>Percorso</w:t>
            </w:r>
          </w:p>
        </w:tc>
        <w:tc>
          <w:tcPr>
            <w:tcW w:w="5156" w:type="dxa"/>
            <w:tcMar>
              <w:top w:w="80" w:type="dxa"/>
              <w:left w:w="80" w:type="dxa"/>
              <w:bottom w:w="80" w:type="dxa"/>
              <w:right w:w="80" w:type="dxa"/>
            </w:tcMar>
            <w:vAlign w:val="center"/>
          </w:tcPr>
          <w:p w14:paraId="1ED11898" w14:textId="77777777" w:rsidR="00ED61A7" w:rsidRDefault="00ED61A7"/>
        </w:tc>
      </w:tr>
      <w:tr w:rsidR="00ED61A7" w14:paraId="1922553A" w14:textId="77777777">
        <w:trPr>
          <w:jc w:val="center"/>
        </w:trPr>
        <w:tc>
          <w:tcPr>
            <w:tcW w:w="5156" w:type="dxa"/>
            <w:shd w:val="clear" w:color="auto" w:fill="EDEDED"/>
            <w:tcMar>
              <w:top w:w="80" w:type="dxa"/>
              <w:left w:w="80" w:type="dxa"/>
              <w:bottom w:w="80" w:type="dxa"/>
              <w:right w:w="80" w:type="dxa"/>
            </w:tcMar>
            <w:vAlign w:val="center"/>
          </w:tcPr>
          <w:p w14:paraId="33D40ACB" w14:textId="77777777" w:rsidR="00ED61A7" w:rsidRDefault="00000000">
            <w:r>
              <w:rPr>
                <w:b/>
              </w:rPr>
              <w:t>Valore stimato del servizio</w:t>
            </w:r>
          </w:p>
        </w:tc>
        <w:tc>
          <w:tcPr>
            <w:tcW w:w="5156" w:type="dxa"/>
            <w:tcMar>
              <w:top w:w="80" w:type="dxa"/>
              <w:left w:w="80" w:type="dxa"/>
              <w:bottom w:w="80" w:type="dxa"/>
              <w:right w:w="80" w:type="dxa"/>
            </w:tcMar>
            <w:vAlign w:val="center"/>
          </w:tcPr>
          <w:p w14:paraId="68AEE8B5" w14:textId="77777777" w:rsidR="00ED61A7" w:rsidRDefault="00000000">
            <w:r>
              <w:t>€ __________________</w:t>
            </w:r>
          </w:p>
        </w:tc>
      </w:tr>
      <w:tr w:rsidR="00ED61A7" w14:paraId="277958B2" w14:textId="77777777">
        <w:trPr>
          <w:jc w:val="center"/>
        </w:trPr>
        <w:tc>
          <w:tcPr>
            <w:tcW w:w="5156" w:type="dxa"/>
            <w:shd w:val="clear" w:color="auto" w:fill="EDEDED"/>
            <w:tcMar>
              <w:top w:w="80" w:type="dxa"/>
              <w:left w:w="80" w:type="dxa"/>
              <w:bottom w:w="80" w:type="dxa"/>
              <w:right w:w="80" w:type="dxa"/>
            </w:tcMar>
            <w:vAlign w:val="center"/>
          </w:tcPr>
          <w:p w14:paraId="552C5402" w14:textId="77777777" w:rsidR="00ED61A7" w:rsidRDefault="00000000">
            <w:r>
              <w:rPr>
                <w:b/>
              </w:rPr>
              <w:t>Note</w:t>
            </w:r>
          </w:p>
        </w:tc>
        <w:tc>
          <w:tcPr>
            <w:tcW w:w="5156" w:type="dxa"/>
            <w:tcMar>
              <w:top w:w="80" w:type="dxa"/>
              <w:left w:w="80" w:type="dxa"/>
              <w:bottom w:w="80" w:type="dxa"/>
              <w:right w:w="80" w:type="dxa"/>
            </w:tcMar>
            <w:vAlign w:val="center"/>
          </w:tcPr>
          <w:p w14:paraId="209FA493" w14:textId="77777777" w:rsidR="00ED61A7" w:rsidRDefault="00ED61A7"/>
        </w:tc>
      </w:tr>
    </w:tbl>
    <w:p w14:paraId="754C6E77" w14:textId="77777777" w:rsidR="00750784" w:rsidRDefault="00750784"/>
    <w:sectPr w:rsidR="00750784" w:rsidSect="00034616">
      <w:headerReference w:type="default" r:id="rId8"/>
      <w:footerReference w:type="default" r:id="rId9"/>
      <w:pgSz w:w="12240" w:h="15840"/>
      <w:pgMar w:top="850" w:right="964" w:bottom="850"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93EDA" w14:textId="77777777" w:rsidR="00750784" w:rsidRDefault="00750784">
      <w:pPr>
        <w:spacing w:after="0" w:line="240" w:lineRule="auto"/>
      </w:pPr>
      <w:r>
        <w:separator/>
      </w:r>
    </w:p>
  </w:endnote>
  <w:endnote w:type="continuationSeparator" w:id="0">
    <w:p w14:paraId="1B121023" w14:textId="77777777" w:rsidR="00750784" w:rsidRDefault="00750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E1037" w14:textId="77777777" w:rsidR="00ED61A7" w:rsidRDefault="00000000">
    <w:pPr>
      <w:pStyle w:val="Pidipagina"/>
      <w:jc w:val="center"/>
    </w:pPr>
    <w:r>
      <w:rPr>
        <w:sz w:val="15"/>
      </w:rPr>
      <w:t xml:space="preserve">ITE Pietro Martini – </w:t>
    </w:r>
    <w:proofErr w:type="spellStart"/>
    <w:r>
      <w:rPr>
        <w:sz w:val="15"/>
      </w:rPr>
      <w:t>Scheda</w:t>
    </w:r>
    <w:proofErr w:type="spellEnd"/>
    <w:r>
      <w:rPr>
        <w:sz w:val="15"/>
      </w:rPr>
      <w:t xml:space="preserve"> </w:t>
    </w:r>
    <w:proofErr w:type="spellStart"/>
    <w:r>
      <w:rPr>
        <w:sz w:val="15"/>
      </w:rPr>
      <w:t>richiesta</w:t>
    </w:r>
    <w:proofErr w:type="spellEnd"/>
    <w:r>
      <w:rPr>
        <w:sz w:val="15"/>
      </w:rPr>
      <w:t xml:space="preserve"> </w:t>
    </w:r>
    <w:proofErr w:type="spellStart"/>
    <w:r>
      <w:rPr>
        <w:sz w:val="15"/>
      </w:rPr>
      <w:t>servizio</w:t>
    </w:r>
    <w:proofErr w:type="spellEnd"/>
    <w:r>
      <w:rPr>
        <w:sz w:val="15"/>
      </w:rPr>
      <w:t xml:space="preserve"> di </w:t>
    </w:r>
    <w:proofErr w:type="spellStart"/>
    <w:r>
      <w:rPr>
        <w:sz w:val="15"/>
      </w:rPr>
      <w:t>trasporto</w:t>
    </w:r>
    <w:proofErr w:type="spellEnd"/>
    <w:r>
      <w:rPr>
        <w:sz w:val="15"/>
      </w:rPr>
      <w:t xml:space="preserve"> per </w:t>
    </w:r>
    <w:proofErr w:type="spellStart"/>
    <w:r>
      <w:rPr>
        <w:sz w:val="15"/>
      </w:rPr>
      <w:t>uscita</w:t>
    </w:r>
    <w:proofErr w:type="spellEnd"/>
    <w:r>
      <w:rPr>
        <w:sz w:val="15"/>
      </w:rPr>
      <w:t xml:space="preserve"> </w:t>
    </w:r>
    <w:proofErr w:type="spellStart"/>
    <w:r>
      <w:rPr>
        <w:sz w:val="15"/>
      </w:rPr>
      <w:t>didattica</w:t>
    </w:r>
    <w:proofErr w:type="spellEnd"/>
    <w:r>
      <w:rPr>
        <w:sz w:val="15"/>
      </w:rPr>
      <w:t xml:space="preserve"> – A.S.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366B0" w14:textId="77777777" w:rsidR="00750784" w:rsidRDefault="00750784">
      <w:pPr>
        <w:spacing w:after="0" w:line="240" w:lineRule="auto"/>
      </w:pPr>
      <w:r>
        <w:separator/>
      </w:r>
    </w:p>
  </w:footnote>
  <w:footnote w:type="continuationSeparator" w:id="0">
    <w:p w14:paraId="49293F34" w14:textId="77777777" w:rsidR="00750784" w:rsidRDefault="007507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97C69" w14:textId="77777777" w:rsidR="00ED61A7" w:rsidRDefault="00000000">
    <w:pPr>
      <w:pStyle w:val="Intestazione"/>
      <w:jc w:val="center"/>
    </w:pPr>
    <w:r>
      <w:rPr>
        <w:b/>
        <w:sz w:val="20"/>
      </w:rPr>
      <w:t>ISTITUTO TECNICO ECONOMICO “PIETRO MARTINI” – CAGLIARI</w:t>
    </w:r>
  </w:p>
  <w:p w14:paraId="0E96C534" w14:textId="77777777" w:rsidR="00ED61A7" w:rsidRDefault="00000000">
    <w:pPr>
      <w:jc w:val="center"/>
    </w:pPr>
    <w:r>
      <w:rPr>
        <w:sz w:val="17"/>
      </w:rPr>
      <w:t xml:space="preserve">Anno </w:t>
    </w:r>
    <w:proofErr w:type="spellStart"/>
    <w:r>
      <w:rPr>
        <w:sz w:val="17"/>
      </w:rPr>
      <w:t>scolastico</w:t>
    </w:r>
    <w:proofErr w:type="spellEnd"/>
    <w:r>
      <w:rPr>
        <w:sz w:val="17"/>
      </w:rPr>
      <w:t xml:space="preserve">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704473465">
    <w:abstractNumId w:val="8"/>
  </w:num>
  <w:num w:numId="2" w16cid:durableId="1683582160">
    <w:abstractNumId w:val="6"/>
  </w:num>
  <w:num w:numId="3" w16cid:durableId="79260018">
    <w:abstractNumId w:val="5"/>
  </w:num>
  <w:num w:numId="4" w16cid:durableId="421225306">
    <w:abstractNumId w:val="4"/>
  </w:num>
  <w:num w:numId="5" w16cid:durableId="1847862050">
    <w:abstractNumId w:val="7"/>
  </w:num>
  <w:num w:numId="6" w16cid:durableId="1712605005">
    <w:abstractNumId w:val="3"/>
  </w:num>
  <w:num w:numId="7" w16cid:durableId="1598559695">
    <w:abstractNumId w:val="2"/>
  </w:num>
  <w:num w:numId="8" w16cid:durableId="2054769969">
    <w:abstractNumId w:val="1"/>
  </w:num>
  <w:num w:numId="9" w16cid:durableId="1393381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4B96"/>
    <w:rsid w:val="0029639D"/>
    <w:rsid w:val="00326F90"/>
    <w:rsid w:val="00720EA6"/>
    <w:rsid w:val="00750784"/>
    <w:rsid w:val="00AA1D8D"/>
    <w:rsid w:val="00B47730"/>
    <w:rsid w:val="00CB0664"/>
    <w:rsid w:val="00E25E18"/>
    <w:rsid w:val="00ED61A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90A55B"/>
  <w14:defaultImageDpi w14:val="300"/>
  <w15:docId w15:val="{D0468668-0D09-46D0-BCD8-F3AFF26ED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Arial" w:hAnsi="Arial"/>
      <w:sz w:val="19"/>
    </w:rPr>
  </w:style>
  <w:style w:type="paragraph" w:styleId="Titolo1">
    <w:name w:val="heading 1"/>
    <w:basedOn w:val="Normale"/>
    <w:next w:val="Normale"/>
    <w:link w:val="Titolo1Carattere"/>
    <w:uiPriority w:val="9"/>
    <w:qFormat/>
    <w:rsid w:val="00FC693F"/>
    <w:pPr>
      <w:keepNext/>
      <w:keepLines/>
      <w:spacing w:before="140" w:after="60"/>
      <w:outlineLvl w:val="0"/>
    </w:pPr>
    <w:rPr>
      <w:rFonts w:asciiTheme="majorHAnsi" w:eastAsiaTheme="majorEastAsia" w:hAnsiTheme="majorHAnsi" w:cstheme="majorBidi"/>
      <w:b/>
      <w:bCs/>
      <w:color w:val="365F91" w:themeColor="accent1" w:themeShade="BF"/>
      <w:sz w:val="22"/>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0"/>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432</Words>
  <Characters>2467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Dirigente Ripa</cp:lastModifiedBy>
  <cp:revision>2</cp:revision>
  <dcterms:created xsi:type="dcterms:W3CDTF">2026-09-27T15:01:00Z</dcterms:created>
  <dcterms:modified xsi:type="dcterms:W3CDTF">2026-09-27T15:01:00Z</dcterms:modified>
  <cp:category/>
</cp:coreProperties>
</file>