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4B105" w14:textId="77777777" w:rsidR="00233FF0" w:rsidRDefault="00000000">
      <w:pPr>
        <w:pStyle w:val="Titolo"/>
        <w:jc w:val="center"/>
      </w:pPr>
      <w:r>
        <w:t>SCHEDA DI PROGRAMMAZIONE E RICHIESTA</w:t>
      </w:r>
      <w:r>
        <w:br/>
        <w:t>DEL VIAGGIO DI ISTRUZIONE</w:t>
      </w:r>
    </w:p>
    <w:p w14:paraId="3A67DE0A" w14:textId="77777777" w:rsidR="00233FF0" w:rsidRDefault="00000000">
      <w:pPr>
        <w:jc w:val="center"/>
      </w:pPr>
      <w:r>
        <w:rPr>
          <w:i/>
          <w:sz w:val="18"/>
        </w:rPr>
        <w:t>Da compilare a cura del docente referente all’esito della deliberazione del Consiglio di classe</w:t>
      </w:r>
    </w:p>
    <w:p w14:paraId="3DBDFB93" w14:textId="77777777" w:rsidR="00233FF0" w:rsidRDefault="00000000">
      <w:pPr>
        <w:pStyle w:val="Titolo1"/>
      </w:pPr>
      <w:r>
        <w:t>1. DATI DEL CONSIGLIO DI CLASSE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152"/>
        <w:gridCol w:w="5150"/>
      </w:tblGrid>
      <w:tr w:rsidR="00233FF0" w14:paraId="0BB4766C" w14:textId="77777777">
        <w:trPr>
          <w:jc w:val="center"/>
        </w:trPr>
        <w:tc>
          <w:tcPr>
            <w:tcW w:w="515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691D5B" w14:textId="77777777" w:rsidR="00233FF0" w:rsidRDefault="00000000">
            <w:r>
              <w:rPr>
                <w:b/>
              </w:rPr>
              <w:t>Classe/i interessata/e</w:t>
            </w:r>
          </w:p>
        </w:tc>
        <w:tc>
          <w:tcPr>
            <w:tcW w:w="515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97F591" w14:textId="77777777" w:rsidR="00233FF0" w:rsidRDefault="00233FF0"/>
        </w:tc>
      </w:tr>
      <w:tr w:rsidR="00233FF0" w14:paraId="38994308" w14:textId="77777777">
        <w:trPr>
          <w:jc w:val="center"/>
        </w:trPr>
        <w:tc>
          <w:tcPr>
            <w:tcW w:w="515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2FD04C" w14:textId="77777777" w:rsidR="00233FF0" w:rsidRDefault="00000000">
            <w:r>
              <w:rPr>
                <w:b/>
              </w:rPr>
              <w:t>Indirizzo/i</w:t>
            </w:r>
          </w:p>
        </w:tc>
        <w:tc>
          <w:tcPr>
            <w:tcW w:w="515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56BCE4" w14:textId="77777777" w:rsidR="00233FF0" w:rsidRDefault="00233FF0"/>
        </w:tc>
      </w:tr>
      <w:tr w:rsidR="00233FF0" w14:paraId="60E16209" w14:textId="77777777">
        <w:trPr>
          <w:jc w:val="center"/>
        </w:trPr>
        <w:tc>
          <w:tcPr>
            <w:tcW w:w="515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AD5954" w14:textId="77777777" w:rsidR="00233FF0" w:rsidRDefault="00000000">
            <w:r>
              <w:rPr>
                <w:b/>
              </w:rPr>
              <w:t>Data della deliberazione del Consiglio di classe</w:t>
            </w:r>
          </w:p>
        </w:tc>
        <w:tc>
          <w:tcPr>
            <w:tcW w:w="515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48DA0A" w14:textId="77777777" w:rsidR="00233FF0" w:rsidRDefault="00233FF0"/>
        </w:tc>
      </w:tr>
      <w:tr w:rsidR="00233FF0" w14:paraId="706D3CD5" w14:textId="77777777">
        <w:trPr>
          <w:jc w:val="center"/>
        </w:trPr>
        <w:tc>
          <w:tcPr>
            <w:tcW w:w="515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7ADA25" w14:textId="77777777" w:rsidR="00233FF0" w:rsidRDefault="00000000">
            <w:r>
              <w:rPr>
                <w:b/>
              </w:rPr>
              <w:t>Estremi / n. verbale</w:t>
            </w:r>
          </w:p>
        </w:tc>
        <w:tc>
          <w:tcPr>
            <w:tcW w:w="515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0FA658" w14:textId="77777777" w:rsidR="00233FF0" w:rsidRDefault="00233FF0"/>
        </w:tc>
      </w:tr>
      <w:tr w:rsidR="00233FF0" w14:paraId="653BA163" w14:textId="77777777">
        <w:trPr>
          <w:jc w:val="center"/>
        </w:trPr>
        <w:tc>
          <w:tcPr>
            <w:tcW w:w="515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C3A06E" w14:textId="77777777" w:rsidR="00233FF0" w:rsidRDefault="00000000">
            <w:r>
              <w:rPr>
                <w:b/>
              </w:rPr>
              <w:t>Docente referente del viaggio</w:t>
            </w:r>
          </w:p>
        </w:tc>
        <w:tc>
          <w:tcPr>
            <w:tcW w:w="515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EE68E9" w14:textId="77777777" w:rsidR="00233FF0" w:rsidRDefault="00233FF0"/>
        </w:tc>
      </w:tr>
      <w:tr w:rsidR="00233FF0" w14:paraId="08774299" w14:textId="77777777">
        <w:trPr>
          <w:jc w:val="center"/>
        </w:trPr>
        <w:tc>
          <w:tcPr>
            <w:tcW w:w="515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AB3EA3" w14:textId="77777777" w:rsidR="00233FF0" w:rsidRDefault="00000000">
            <w:r>
              <w:rPr>
                <w:b/>
              </w:rPr>
              <w:t>E-mail istituzionale</w:t>
            </w:r>
          </w:p>
        </w:tc>
        <w:tc>
          <w:tcPr>
            <w:tcW w:w="515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8ECDBB" w14:textId="77777777" w:rsidR="00233FF0" w:rsidRDefault="00233FF0"/>
        </w:tc>
      </w:tr>
    </w:tbl>
    <w:p w14:paraId="62429BE1" w14:textId="77777777" w:rsidR="00233FF0" w:rsidRDefault="00000000">
      <w:pPr>
        <w:pStyle w:val="Titolo1"/>
      </w:pPr>
      <w:r>
        <w:t>2. DESTINAZIONE E PERIODO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151"/>
        <w:gridCol w:w="5151"/>
      </w:tblGrid>
      <w:tr w:rsidR="00233FF0" w14:paraId="70426D1F" w14:textId="77777777">
        <w:trPr>
          <w:jc w:val="center"/>
        </w:trPr>
        <w:tc>
          <w:tcPr>
            <w:tcW w:w="515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62FEB3" w14:textId="77777777" w:rsidR="00233FF0" w:rsidRDefault="00000000">
            <w:r>
              <w:rPr>
                <w:b/>
              </w:rPr>
              <w:t>Destinazione principale</w:t>
            </w:r>
          </w:p>
        </w:tc>
        <w:tc>
          <w:tcPr>
            <w:tcW w:w="515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D1EB72" w14:textId="77777777" w:rsidR="00233FF0" w:rsidRDefault="00233FF0"/>
        </w:tc>
      </w:tr>
      <w:tr w:rsidR="00233FF0" w14:paraId="2F055E27" w14:textId="77777777">
        <w:trPr>
          <w:jc w:val="center"/>
        </w:trPr>
        <w:tc>
          <w:tcPr>
            <w:tcW w:w="515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613001" w14:textId="77777777" w:rsidR="00233FF0" w:rsidRDefault="00000000">
            <w:r>
              <w:rPr>
                <w:b/>
              </w:rPr>
              <w:t>Paese</w:t>
            </w:r>
          </w:p>
        </w:tc>
        <w:tc>
          <w:tcPr>
            <w:tcW w:w="515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7B6604" w14:textId="77777777" w:rsidR="00233FF0" w:rsidRDefault="00233FF0"/>
        </w:tc>
      </w:tr>
      <w:tr w:rsidR="00233FF0" w14:paraId="184D6AF8" w14:textId="77777777">
        <w:trPr>
          <w:jc w:val="center"/>
        </w:trPr>
        <w:tc>
          <w:tcPr>
            <w:tcW w:w="515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F9C892" w14:textId="77777777" w:rsidR="00233FF0" w:rsidRDefault="00000000">
            <w:r>
              <w:rPr>
                <w:b/>
              </w:rPr>
              <w:t>Eventuali ulteriori località comprese nell’itinerario</w:t>
            </w:r>
          </w:p>
        </w:tc>
        <w:tc>
          <w:tcPr>
            <w:tcW w:w="515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90710A" w14:textId="77777777" w:rsidR="00233FF0" w:rsidRDefault="00233FF0"/>
        </w:tc>
      </w:tr>
      <w:tr w:rsidR="00233FF0" w14:paraId="2F5C9035" w14:textId="77777777">
        <w:trPr>
          <w:jc w:val="center"/>
        </w:trPr>
        <w:tc>
          <w:tcPr>
            <w:tcW w:w="515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0D79DE" w14:textId="77777777" w:rsidR="00233FF0" w:rsidRDefault="00000000">
            <w:r>
              <w:rPr>
                <w:b/>
              </w:rPr>
              <w:t>Periodo richiesto</w:t>
            </w:r>
          </w:p>
        </w:tc>
        <w:tc>
          <w:tcPr>
            <w:tcW w:w="515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092851" w14:textId="77777777" w:rsidR="00233FF0" w:rsidRDefault="00000000">
            <w:r>
              <w:t>dal __________________ al __________________</w:t>
            </w:r>
          </w:p>
        </w:tc>
      </w:tr>
      <w:tr w:rsidR="00233FF0" w14:paraId="73AAB388" w14:textId="77777777">
        <w:trPr>
          <w:jc w:val="center"/>
        </w:trPr>
        <w:tc>
          <w:tcPr>
            <w:tcW w:w="515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15007F" w14:textId="77777777" w:rsidR="00233FF0" w:rsidRDefault="00000000">
            <w:r>
              <w:rPr>
                <w:b/>
              </w:rPr>
              <w:t>Numero complessivo di giorni / pernottamenti</w:t>
            </w:r>
          </w:p>
        </w:tc>
        <w:tc>
          <w:tcPr>
            <w:tcW w:w="515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C0C74C" w14:textId="77777777" w:rsidR="00233FF0" w:rsidRDefault="00000000">
            <w:r>
              <w:t>giorni ______     pernottamenti ______</w:t>
            </w:r>
          </w:p>
        </w:tc>
      </w:tr>
      <w:tr w:rsidR="00233FF0" w14:paraId="72DC9629" w14:textId="77777777">
        <w:trPr>
          <w:jc w:val="center"/>
        </w:trPr>
        <w:tc>
          <w:tcPr>
            <w:tcW w:w="515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B64B3C" w14:textId="77777777" w:rsidR="00233FF0" w:rsidRDefault="00000000">
            <w:r>
              <w:rPr>
                <w:b/>
              </w:rPr>
              <w:t>Flessibilità delle date</w:t>
            </w:r>
          </w:p>
        </w:tc>
        <w:tc>
          <w:tcPr>
            <w:tcW w:w="515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712D1D" w14:textId="77777777" w:rsidR="00233FF0" w:rsidRDefault="00000000">
            <w:r>
              <w:t>☐ date inderogabili   ☐ ± ____ giorni   ☐ periodo indicativo: __________________</w:t>
            </w:r>
          </w:p>
        </w:tc>
      </w:tr>
      <w:tr w:rsidR="00233FF0" w14:paraId="1C71D16B" w14:textId="77777777">
        <w:trPr>
          <w:jc w:val="center"/>
        </w:trPr>
        <w:tc>
          <w:tcPr>
            <w:tcW w:w="515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79A0ED" w14:textId="77777777" w:rsidR="00233FF0" w:rsidRDefault="00000000">
            <w:r>
              <w:rPr>
                <w:b/>
              </w:rPr>
              <w:t>Date/giornate da escludere</w:t>
            </w:r>
          </w:p>
        </w:tc>
        <w:tc>
          <w:tcPr>
            <w:tcW w:w="515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1F6BA8" w14:textId="77777777" w:rsidR="00233FF0" w:rsidRDefault="00233FF0"/>
        </w:tc>
      </w:tr>
    </w:tbl>
    <w:p w14:paraId="557BB0FD" w14:textId="77777777" w:rsidR="00233FF0" w:rsidRDefault="00000000">
      <w:pPr>
        <w:pStyle w:val="Titolo1"/>
      </w:pPr>
      <w:r>
        <w:t>3. PARTECIPANTI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147"/>
        <w:gridCol w:w="5155"/>
      </w:tblGrid>
      <w:tr w:rsidR="00233FF0" w14:paraId="2EA80706" w14:textId="77777777">
        <w:trPr>
          <w:jc w:val="center"/>
        </w:trPr>
        <w:tc>
          <w:tcPr>
            <w:tcW w:w="515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41BFD1" w14:textId="77777777" w:rsidR="00233FF0" w:rsidRDefault="00000000">
            <w:r>
              <w:rPr>
                <w:b/>
              </w:rPr>
              <w:t>Numero complessivo studenti della/e classe/i</w:t>
            </w:r>
          </w:p>
        </w:tc>
        <w:tc>
          <w:tcPr>
            <w:tcW w:w="515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68699A" w14:textId="77777777" w:rsidR="00233FF0" w:rsidRDefault="00233FF0"/>
        </w:tc>
      </w:tr>
      <w:tr w:rsidR="00233FF0" w14:paraId="700071B0" w14:textId="77777777">
        <w:trPr>
          <w:jc w:val="center"/>
        </w:trPr>
        <w:tc>
          <w:tcPr>
            <w:tcW w:w="515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222EFE" w14:textId="77777777" w:rsidR="00233FF0" w:rsidRPr="00430CC5" w:rsidRDefault="00000000">
            <w:pPr>
              <w:rPr>
                <w:lang w:val="it-IT"/>
              </w:rPr>
            </w:pPr>
            <w:r w:rsidRPr="00430CC5">
              <w:rPr>
                <w:b/>
                <w:lang w:val="it-IT"/>
              </w:rPr>
              <w:t>Numero presumibile studenti partecipanti</w:t>
            </w:r>
          </w:p>
        </w:tc>
        <w:tc>
          <w:tcPr>
            <w:tcW w:w="515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71C0DB" w14:textId="77777777" w:rsidR="00233FF0" w:rsidRDefault="00233FF0"/>
        </w:tc>
      </w:tr>
      <w:tr w:rsidR="00233FF0" w14:paraId="3C39155E" w14:textId="77777777">
        <w:trPr>
          <w:jc w:val="center"/>
        </w:trPr>
        <w:tc>
          <w:tcPr>
            <w:tcW w:w="515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166EDD" w14:textId="77777777" w:rsidR="00233FF0" w:rsidRPr="00430CC5" w:rsidRDefault="00000000">
            <w:pPr>
              <w:rPr>
                <w:lang w:val="it-IT"/>
              </w:rPr>
            </w:pPr>
            <w:r w:rsidRPr="00430CC5">
              <w:rPr>
                <w:b/>
                <w:lang w:val="it-IT"/>
              </w:rPr>
              <w:t>Numero minimo di studenti necessario per la realizzazione</w:t>
            </w:r>
          </w:p>
        </w:tc>
        <w:tc>
          <w:tcPr>
            <w:tcW w:w="515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A7ECEC" w14:textId="77777777" w:rsidR="00233FF0" w:rsidRDefault="00233FF0"/>
        </w:tc>
      </w:tr>
      <w:tr w:rsidR="00233FF0" w14:paraId="772F20EA" w14:textId="77777777">
        <w:trPr>
          <w:jc w:val="center"/>
        </w:trPr>
        <w:tc>
          <w:tcPr>
            <w:tcW w:w="515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F585BF" w14:textId="1927CE20" w:rsidR="00233FF0" w:rsidRPr="00430CC5" w:rsidRDefault="00000000">
            <w:pPr>
              <w:rPr>
                <w:lang w:val="it-IT"/>
              </w:rPr>
            </w:pPr>
            <w:r w:rsidRPr="00430CC5">
              <w:rPr>
                <w:b/>
                <w:lang w:val="it-IT"/>
              </w:rPr>
              <w:t>Docenti accompagnatori</w:t>
            </w:r>
            <w:r w:rsidR="00430CC5" w:rsidRPr="00430CC5">
              <w:rPr>
                <w:b/>
                <w:lang w:val="it-IT"/>
              </w:rPr>
              <w:t xml:space="preserve"> disponibili</w:t>
            </w:r>
          </w:p>
        </w:tc>
        <w:tc>
          <w:tcPr>
            <w:tcW w:w="515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18DEFC" w14:textId="4604E15A" w:rsidR="00233FF0" w:rsidRDefault="00000000">
            <w:r>
              <w:t xml:space="preserve">1. ____________________   2. ____________________ </w:t>
            </w:r>
          </w:p>
        </w:tc>
      </w:tr>
      <w:tr w:rsidR="00233FF0" w14:paraId="583D8700" w14:textId="77777777">
        <w:trPr>
          <w:jc w:val="center"/>
        </w:trPr>
        <w:tc>
          <w:tcPr>
            <w:tcW w:w="515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0EBA20" w14:textId="77777777" w:rsidR="00233FF0" w:rsidRPr="00430CC5" w:rsidRDefault="00000000">
            <w:pPr>
              <w:rPr>
                <w:lang w:val="it-IT"/>
              </w:rPr>
            </w:pPr>
            <w:r w:rsidRPr="00430CC5">
              <w:rPr>
                <w:b/>
                <w:lang w:val="it-IT"/>
              </w:rPr>
              <w:t>Docente/i accompagnatore/i supplente/i</w:t>
            </w:r>
          </w:p>
        </w:tc>
        <w:tc>
          <w:tcPr>
            <w:tcW w:w="515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07470C" w14:textId="7892B57E" w:rsidR="00233FF0" w:rsidRDefault="00430CC5">
            <w:r>
              <w:t>1. ____________________   2. ____________________</w:t>
            </w:r>
          </w:p>
        </w:tc>
      </w:tr>
      <w:tr w:rsidR="00233FF0" w14:paraId="0098749B" w14:textId="77777777">
        <w:trPr>
          <w:jc w:val="center"/>
        </w:trPr>
        <w:tc>
          <w:tcPr>
            <w:tcW w:w="515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70FD91" w14:textId="5B6A7626" w:rsidR="00233FF0" w:rsidRPr="00430CC5" w:rsidRDefault="00430CC5">
            <w:pPr>
              <w:rPr>
                <w:lang w:val="it-IT"/>
              </w:rPr>
            </w:pPr>
            <w:r w:rsidRPr="00430CC5">
              <w:rPr>
                <w:b/>
                <w:lang w:val="it-IT"/>
              </w:rPr>
              <w:t>Eventuale presenza di studenti con disabilità o con specifiche esigenze di accessibilità:</w:t>
            </w:r>
          </w:p>
        </w:tc>
        <w:tc>
          <w:tcPr>
            <w:tcW w:w="515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BC7319" w14:textId="77777777" w:rsidR="00233FF0" w:rsidRDefault="00000000">
            <w:r>
              <w:t xml:space="preserve">☐ NO   ☐ SÌ – </w:t>
            </w:r>
            <w:r w:rsidRPr="00430CC5">
              <w:rPr>
                <w:lang w:val="it-IT"/>
              </w:rPr>
              <w:t>specificare</w:t>
            </w:r>
            <w:r>
              <w:t>: __________________________________________</w:t>
            </w:r>
          </w:p>
        </w:tc>
      </w:tr>
      <w:tr w:rsidR="00233FF0" w14:paraId="11E1FECA" w14:textId="77777777">
        <w:trPr>
          <w:jc w:val="center"/>
        </w:trPr>
        <w:tc>
          <w:tcPr>
            <w:tcW w:w="515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BE0EB6" w14:textId="77777777" w:rsidR="00233FF0" w:rsidRPr="00430CC5" w:rsidRDefault="00000000">
            <w:pPr>
              <w:rPr>
                <w:lang w:val="it-IT"/>
              </w:rPr>
            </w:pPr>
            <w:r w:rsidRPr="00430CC5">
              <w:rPr>
                <w:b/>
                <w:lang w:val="it-IT"/>
              </w:rPr>
              <w:t>Ulteriori esigenze organizzative rilevanti</w:t>
            </w:r>
          </w:p>
        </w:tc>
        <w:tc>
          <w:tcPr>
            <w:tcW w:w="515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4742FE" w14:textId="77777777" w:rsidR="00233FF0" w:rsidRDefault="00233FF0"/>
        </w:tc>
      </w:tr>
    </w:tbl>
    <w:p w14:paraId="25F8502B" w14:textId="77777777" w:rsidR="00233FF0" w:rsidRDefault="00000000">
      <w:r>
        <w:rPr>
          <w:i/>
          <w:sz w:val="17"/>
        </w:rPr>
        <w:t>Nota: non inserire dati sanitari nominativi; indicare esclusivamente le esigenze organizzative o le prestazioni da garantire.</w:t>
      </w:r>
    </w:p>
    <w:p w14:paraId="422851B8" w14:textId="77777777" w:rsidR="00233FF0" w:rsidRDefault="00000000">
      <w:pPr>
        <w:pStyle w:val="Titolo1"/>
      </w:pPr>
      <w:r>
        <w:t>4. FINALITÀ DIDATTICHE E FORMATIVE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152"/>
        <w:gridCol w:w="5150"/>
      </w:tblGrid>
      <w:tr w:rsidR="00233FF0" w14:paraId="65EC7A8B" w14:textId="77777777">
        <w:trPr>
          <w:jc w:val="center"/>
        </w:trPr>
        <w:tc>
          <w:tcPr>
            <w:tcW w:w="515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D3E05B" w14:textId="77777777" w:rsidR="00233FF0" w:rsidRDefault="00000000">
            <w:r>
              <w:rPr>
                <w:b/>
              </w:rPr>
              <w:t>Finalità didattica prevalente</w:t>
            </w:r>
          </w:p>
        </w:tc>
        <w:tc>
          <w:tcPr>
            <w:tcW w:w="515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52B4BD" w14:textId="77777777" w:rsidR="00233FF0" w:rsidRDefault="00233FF0"/>
        </w:tc>
      </w:tr>
      <w:tr w:rsidR="00233FF0" w14:paraId="77D842B0" w14:textId="77777777">
        <w:trPr>
          <w:jc w:val="center"/>
        </w:trPr>
        <w:tc>
          <w:tcPr>
            <w:tcW w:w="515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261611" w14:textId="77777777" w:rsidR="00233FF0" w:rsidRDefault="00000000">
            <w:r>
              <w:rPr>
                <w:b/>
              </w:rPr>
              <w:t>Discipline / ambiti coinvolti</w:t>
            </w:r>
          </w:p>
        </w:tc>
        <w:tc>
          <w:tcPr>
            <w:tcW w:w="515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294F69" w14:textId="77777777" w:rsidR="00233FF0" w:rsidRDefault="00233FF0"/>
        </w:tc>
      </w:tr>
      <w:tr w:rsidR="00233FF0" w14:paraId="091AF73C" w14:textId="77777777">
        <w:trPr>
          <w:jc w:val="center"/>
        </w:trPr>
        <w:tc>
          <w:tcPr>
            <w:tcW w:w="515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834815" w14:textId="77777777" w:rsidR="00233FF0" w:rsidRDefault="00000000">
            <w:r>
              <w:rPr>
                <w:b/>
              </w:rPr>
              <w:t>Obiettivi formativi</w:t>
            </w:r>
          </w:p>
        </w:tc>
        <w:tc>
          <w:tcPr>
            <w:tcW w:w="515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712811" w14:textId="77777777" w:rsidR="00233FF0" w:rsidRDefault="00233FF0"/>
        </w:tc>
      </w:tr>
      <w:tr w:rsidR="00430CC5" w14:paraId="4432CDBA" w14:textId="77777777" w:rsidTr="0045504D">
        <w:trPr>
          <w:jc w:val="center"/>
        </w:trPr>
        <w:tc>
          <w:tcPr>
            <w:tcW w:w="515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877BED" w14:textId="3F6D601D" w:rsidR="00430CC5" w:rsidRPr="00430CC5" w:rsidRDefault="00430CC5" w:rsidP="0045504D">
            <w:pPr>
              <w:rPr>
                <w:lang w:val="it-IT"/>
              </w:rPr>
            </w:pPr>
            <w:r w:rsidRPr="00430CC5">
              <w:rPr>
                <w:b/>
                <w:lang w:val="it-IT"/>
              </w:rPr>
              <w:lastRenderedPageBreak/>
              <w:t>Collegamento con programmazione curricolare / PTOF / Educazione civica</w:t>
            </w:r>
          </w:p>
        </w:tc>
        <w:tc>
          <w:tcPr>
            <w:tcW w:w="515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A9F542" w14:textId="77777777" w:rsidR="00430CC5" w:rsidRDefault="00430CC5" w:rsidP="0045504D"/>
        </w:tc>
      </w:tr>
    </w:tbl>
    <w:p w14:paraId="6C0B2FDC" w14:textId="4AB66A71" w:rsidR="00430CC5" w:rsidRPr="00430CC5" w:rsidRDefault="00430CC5" w:rsidP="00430CC5">
      <w:pPr>
        <w:rPr>
          <w:lang w:val="it-IT"/>
        </w:rPr>
      </w:pPr>
      <w:r w:rsidRPr="00430CC5">
        <w:rPr>
          <w:i/>
          <w:sz w:val="17"/>
          <w:lang w:val="it-IT"/>
        </w:rPr>
        <w:t>Nota:</w:t>
      </w:r>
      <w:r>
        <w:rPr>
          <w:i/>
          <w:sz w:val="17"/>
          <w:lang w:val="it-IT"/>
        </w:rPr>
        <w:t xml:space="preserve"> le finalità didattiche ed educative </w:t>
      </w:r>
      <w:r w:rsidRPr="00430CC5">
        <w:rPr>
          <w:i/>
          <w:sz w:val="17"/>
          <w:lang w:val="it-IT"/>
        </w:rPr>
        <w:t>va</w:t>
      </w:r>
      <w:r>
        <w:rPr>
          <w:i/>
          <w:sz w:val="17"/>
          <w:lang w:val="it-IT"/>
        </w:rPr>
        <w:t>nno</w:t>
      </w:r>
      <w:r w:rsidRPr="00430CC5">
        <w:rPr>
          <w:i/>
          <w:sz w:val="17"/>
          <w:lang w:val="it-IT"/>
        </w:rPr>
        <w:t xml:space="preserve"> indicat</w:t>
      </w:r>
      <w:r>
        <w:rPr>
          <w:i/>
          <w:sz w:val="17"/>
          <w:lang w:val="it-IT"/>
        </w:rPr>
        <w:t>e</w:t>
      </w:r>
      <w:r w:rsidRPr="00430CC5">
        <w:rPr>
          <w:i/>
          <w:sz w:val="17"/>
          <w:lang w:val="it-IT"/>
        </w:rPr>
        <w:t xml:space="preserve"> in modo puntuale perché concorr</w:t>
      </w:r>
      <w:r>
        <w:rPr>
          <w:i/>
          <w:sz w:val="17"/>
          <w:lang w:val="it-IT"/>
        </w:rPr>
        <w:t>ono</w:t>
      </w:r>
      <w:r w:rsidRPr="00430CC5">
        <w:rPr>
          <w:i/>
          <w:sz w:val="17"/>
          <w:lang w:val="it-IT"/>
        </w:rPr>
        <w:t xml:space="preserve"> a verificare l'autonomia funzionale del viaggio e l'eventuale articolazione del fabbisogno</w:t>
      </w:r>
      <w:r>
        <w:rPr>
          <w:i/>
          <w:sz w:val="17"/>
          <w:lang w:val="it-IT"/>
        </w:rPr>
        <w:t>.</w:t>
      </w:r>
    </w:p>
    <w:p w14:paraId="36DBB65A" w14:textId="44AE7591" w:rsidR="00233FF0" w:rsidRDefault="00000000">
      <w:pPr>
        <w:pStyle w:val="Titolo1"/>
      </w:pPr>
      <w:r>
        <w:t>5. PROGRAMMA DIDATTICO DI MASSIMA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576"/>
        <w:gridCol w:w="2575"/>
        <w:gridCol w:w="2575"/>
        <w:gridCol w:w="2576"/>
      </w:tblGrid>
      <w:tr w:rsidR="00233FF0" w14:paraId="0A9F05BD" w14:textId="77777777">
        <w:trPr>
          <w:tblHeader/>
          <w:jc w:val="center"/>
        </w:trPr>
        <w:tc>
          <w:tcPr>
            <w:tcW w:w="2578" w:type="dxa"/>
            <w:shd w:val="clear" w:color="auto" w:fill="EDEDED"/>
          </w:tcPr>
          <w:p w14:paraId="25EF7B33" w14:textId="77777777" w:rsidR="00233FF0" w:rsidRDefault="00000000">
            <w:r>
              <w:rPr>
                <w:b/>
              </w:rPr>
              <w:t>Giorno</w:t>
            </w:r>
          </w:p>
        </w:tc>
        <w:tc>
          <w:tcPr>
            <w:tcW w:w="2578" w:type="dxa"/>
            <w:shd w:val="clear" w:color="auto" w:fill="EDEDED"/>
          </w:tcPr>
          <w:p w14:paraId="6F561875" w14:textId="77777777" w:rsidR="00233FF0" w:rsidRDefault="00000000">
            <w:r>
              <w:rPr>
                <w:b/>
              </w:rPr>
              <w:t>Località</w:t>
            </w:r>
          </w:p>
        </w:tc>
        <w:tc>
          <w:tcPr>
            <w:tcW w:w="2578" w:type="dxa"/>
            <w:shd w:val="clear" w:color="auto" w:fill="EDEDED"/>
          </w:tcPr>
          <w:p w14:paraId="54F544E7" w14:textId="77777777" w:rsidR="00233FF0" w:rsidRDefault="00000000">
            <w:r>
              <w:rPr>
                <w:b/>
              </w:rPr>
              <w:t>Attività / visite previste</w:t>
            </w:r>
          </w:p>
        </w:tc>
        <w:tc>
          <w:tcPr>
            <w:tcW w:w="2578" w:type="dxa"/>
            <w:shd w:val="clear" w:color="auto" w:fill="EDEDED"/>
          </w:tcPr>
          <w:p w14:paraId="60612A42" w14:textId="77777777" w:rsidR="00233FF0" w:rsidRDefault="00000000">
            <w:r>
              <w:rPr>
                <w:b/>
              </w:rPr>
              <w:t>Pernottamento</w:t>
            </w:r>
          </w:p>
        </w:tc>
      </w:tr>
      <w:tr w:rsidR="00233FF0" w14:paraId="3F08EB41" w14:textId="77777777">
        <w:trPr>
          <w:jc w:val="center"/>
        </w:trPr>
        <w:tc>
          <w:tcPr>
            <w:tcW w:w="2578" w:type="dxa"/>
            <w:tcMar>
              <w:top w:w="100" w:type="dxa"/>
              <w:left w:w="70" w:type="dxa"/>
              <w:bottom w:w="100" w:type="dxa"/>
              <w:right w:w="70" w:type="dxa"/>
            </w:tcMar>
          </w:tcPr>
          <w:p w14:paraId="11ABDC62" w14:textId="77777777" w:rsidR="00233FF0" w:rsidRDefault="00000000">
            <w:r>
              <w:t>1°</w:t>
            </w:r>
          </w:p>
        </w:tc>
        <w:tc>
          <w:tcPr>
            <w:tcW w:w="2578" w:type="dxa"/>
            <w:tcMar>
              <w:top w:w="100" w:type="dxa"/>
              <w:left w:w="70" w:type="dxa"/>
              <w:bottom w:w="100" w:type="dxa"/>
              <w:right w:w="70" w:type="dxa"/>
            </w:tcMar>
          </w:tcPr>
          <w:p w14:paraId="09326256" w14:textId="77777777" w:rsidR="00233FF0" w:rsidRDefault="00233FF0"/>
        </w:tc>
        <w:tc>
          <w:tcPr>
            <w:tcW w:w="2578" w:type="dxa"/>
            <w:tcMar>
              <w:top w:w="100" w:type="dxa"/>
              <w:left w:w="70" w:type="dxa"/>
              <w:bottom w:w="100" w:type="dxa"/>
              <w:right w:w="70" w:type="dxa"/>
            </w:tcMar>
          </w:tcPr>
          <w:p w14:paraId="6CF342B3" w14:textId="77777777" w:rsidR="00233FF0" w:rsidRDefault="00233FF0"/>
        </w:tc>
        <w:tc>
          <w:tcPr>
            <w:tcW w:w="2578" w:type="dxa"/>
            <w:tcMar>
              <w:top w:w="100" w:type="dxa"/>
              <w:left w:w="70" w:type="dxa"/>
              <w:bottom w:w="100" w:type="dxa"/>
              <w:right w:w="70" w:type="dxa"/>
            </w:tcMar>
          </w:tcPr>
          <w:p w14:paraId="4B52B57A" w14:textId="77777777" w:rsidR="00233FF0" w:rsidRDefault="00233FF0"/>
        </w:tc>
      </w:tr>
      <w:tr w:rsidR="00233FF0" w14:paraId="196A97DC" w14:textId="77777777">
        <w:trPr>
          <w:jc w:val="center"/>
        </w:trPr>
        <w:tc>
          <w:tcPr>
            <w:tcW w:w="2578" w:type="dxa"/>
            <w:tcMar>
              <w:top w:w="100" w:type="dxa"/>
              <w:left w:w="70" w:type="dxa"/>
              <w:bottom w:w="100" w:type="dxa"/>
              <w:right w:w="70" w:type="dxa"/>
            </w:tcMar>
          </w:tcPr>
          <w:p w14:paraId="5435DF99" w14:textId="77777777" w:rsidR="00233FF0" w:rsidRDefault="00000000">
            <w:r>
              <w:t>2°</w:t>
            </w:r>
          </w:p>
        </w:tc>
        <w:tc>
          <w:tcPr>
            <w:tcW w:w="2578" w:type="dxa"/>
            <w:tcMar>
              <w:top w:w="100" w:type="dxa"/>
              <w:left w:w="70" w:type="dxa"/>
              <w:bottom w:w="100" w:type="dxa"/>
              <w:right w:w="70" w:type="dxa"/>
            </w:tcMar>
          </w:tcPr>
          <w:p w14:paraId="31CFD942" w14:textId="77777777" w:rsidR="00233FF0" w:rsidRDefault="00233FF0"/>
        </w:tc>
        <w:tc>
          <w:tcPr>
            <w:tcW w:w="2578" w:type="dxa"/>
            <w:tcMar>
              <w:top w:w="100" w:type="dxa"/>
              <w:left w:w="70" w:type="dxa"/>
              <w:bottom w:w="100" w:type="dxa"/>
              <w:right w:w="70" w:type="dxa"/>
            </w:tcMar>
          </w:tcPr>
          <w:p w14:paraId="0DCE894E" w14:textId="77777777" w:rsidR="00233FF0" w:rsidRDefault="00233FF0"/>
        </w:tc>
        <w:tc>
          <w:tcPr>
            <w:tcW w:w="2578" w:type="dxa"/>
            <w:tcMar>
              <w:top w:w="100" w:type="dxa"/>
              <w:left w:w="70" w:type="dxa"/>
              <w:bottom w:w="100" w:type="dxa"/>
              <w:right w:w="70" w:type="dxa"/>
            </w:tcMar>
          </w:tcPr>
          <w:p w14:paraId="47761E06" w14:textId="77777777" w:rsidR="00233FF0" w:rsidRDefault="00233FF0"/>
        </w:tc>
      </w:tr>
      <w:tr w:rsidR="00233FF0" w14:paraId="5FE9EE51" w14:textId="77777777">
        <w:trPr>
          <w:jc w:val="center"/>
        </w:trPr>
        <w:tc>
          <w:tcPr>
            <w:tcW w:w="2578" w:type="dxa"/>
            <w:tcMar>
              <w:top w:w="100" w:type="dxa"/>
              <w:left w:w="70" w:type="dxa"/>
              <w:bottom w:w="100" w:type="dxa"/>
              <w:right w:w="70" w:type="dxa"/>
            </w:tcMar>
          </w:tcPr>
          <w:p w14:paraId="295097EF" w14:textId="77777777" w:rsidR="00233FF0" w:rsidRDefault="00000000">
            <w:r>
              <w:t>3°</w:t>
            </w:r>
          </w:p>
        </w:tc>
        <w:tc>
          <w:tcPr>
            <w:tcW w:w="2578" w:type="dxa"/>
            <w:tcMar>
              <w:top w:w="100" w:type="dxa"/>
              <w:left w:w="70" w:type="dxa"/>
              <w:bottom w:w="100" w:type="dxa"/>
              <w:right w:w="70" w:type="dxa"/>
            </w:tcMar>
          </w:tcPr>
          <w:p w14:paraId="13E16A78" w14:textId="77777777" w:rsidR="00233FF0" w:rsidRDefault="00233FF0"/>
        </w:tc>
        <w:tc>
          <w:tcPr>
            <w:tcW w:w="2578" w:type="dxa"/>
            <w:tcMar>
              <w:top w:w="100" w:type="dxa"/>
              <w:left w:w="70" w:type="dxa"/>
              <w:bottom w:w="100" w:type="dxa"/>
              <w:right w:w="70" w:type="dxa"/>
            </w:tcMar>
          </w:tcPr>
          <w:p w14:paraId="49BE2B60" w14:textId="77777777" w:rsidR="00233FF0" w:rsidRDefault="00233FF0"/>
        </w:tc>
        <w:tc>
          <w:tcPr>
            <w:tcW w:w="2578" w:type="dxa"/>
            <w:tcMar>
              <w:top w:w="100" w:type="dxa"/>
              <w:left w:w="70" w:type="dxa"/>
              <w:bottom w:w="100" w:type="dxa"/>
              <w:right w:w="70" w:type="dxa"/>
            </w:tcMar>
          </w:tcPr>
          <w:p w14:paraId="1F92DB0B" w14:textId="77777777" w:rsidR="00233FF0" w:rsidRDefault="00233FF0"/>
        </w:tc>
      </w:tr>
      <w:tr w:rsidR="00233FF0" w14:paraId="3A076BBA" w14:textId="77777777">
        <w:trPr>
          <w:jc w:val="center"/>
        </w:trPr>
        <w:tc>
          <w:tcPr>
            <w:tcW w:w="2578" w:type="dxa"/>
            <w:tcMar>
              <w:top w:w="100" w:type="dxa"/>
              <w:left w:w="70" w:type="dxa"/>
              <w:bottom w:w="100" w:type="dxa"/>
              <w:right w:w="70" w:type="dxa"/>
            </w:tcMar>
          </w:tcPr>
          <w:p w14:paraId="2C68718B" w14:textId="77777777" w:rsidR="00233FF0" w:rsidRDefault="00000000">
            <w:r>
              <w:t>4°</w:t>
            </w:r>
          </w:p>
        </w:tc>
        <w:tc>
          <w:tcPr>
            <w:tcW w:w="2578" w:type="dxa"/>
            <w:tcMar>
              <w:top w:w="100" w:type="dxa"/>
              <w:left w:w="70" w:type="dxa"/>
              <w:bottom w:w="100" w:type="dxa"/>
              <w:right w:w="70" w:type="dxa"/>
            </w:tcMar>
          </w:tcPr>
          <w:p w14:paraId="3DD8AC5A" w14:textId="77777777" w:rsidR="00233FF0" w:rsidRDefault="00233FF0"/>
        </w:tc>
        <w:tc>
          <w:tcPr>
            <w:tcW w:w="2578" w:type="dxa"/>
            <w:tcMar>
              <w:top w:w="100" w:type="dxa"/>
              <w:left w:w="70" w:type="dxa"/>
              <w:bottom w:w="100" w:type="dxa"/>
              <w:right w:w="70" w:type="dxa"/>
            </w:tcMar>
          </w:tcPr>
          <w:p w14:paraId="3C58BDC8" w14:textId="77777777" w:rsidR="00233FF0" w:rsidRDefault="00233FF0"/>
        </w:tc>
        <w:tc>
          <w:tcPr>
            <w:tcW w:w="2578" w:type="dxa"/>
            <w:tcMar>
              <w:top w:w="100" w:type="dxa"/>
              <w:left w:w="70" w:type="dxa"/>
              <w:bottom w:w="100" w:type="dxa"/>
              <w:right w:w="70" w:type="dxa"/>
            </w:tcMar>
          </w:tcPr>
          <w:p w14:paraId="33756744" w14:textId="77777777" w:rsidR="00233FF0" w:rsidRDefault="00233FF0"/>
        </w:tc>
      </w:tr>
      <w:tr w:rsidR="00233FF0" w14:paraId="33BB9DF3" w14:textId="77777777">
        <w:trPr>
          <w:jc w:val="center"/>
        </w:trPr>
        <w:tc>
          <w:tcPr>
            <w:tcW w:w="2578" w:type="dxa"/>
            <w:tcMar>
              <w:top w:w="100" w:type="dxa"/>
              <w:left w:w="70" w:type="dxa"/>
              <w:bottom w:w="100" w:type="dxa"/>
              <w:right w:w="70" w:type="dxa"/>
            </w:tcMar>
          </w:tcPr>
          <w:p w14:paraId="49BC981C" w14:textId="77777777" w:rsidR="00233FF0" w:rsidRDefault="00000000">
            <w:r>
              <w:t>5°</w:t>
            </w:r>
          </w:p>
        </w:tc>
        <w:tc>
          <w:tcPr>
            <w:tcW w:w="2578" w:type="dxa"/>
            <w:tcMar>
              <w:top w:w="100" w:type="dxa"/>
              <w:left w:w="70" w:type="dxa"/>
              <w:bottom w:w="100" w:type="dxa"/>
              <w:right w:w="70" w:type="dxa"/>
            </w:tcMar>
          </w:tcPr>
          <w:p w14:paraId="63244655" w14:textId="77777777" w:rsidR="00233FF0" w:rsidRDefault="00233FF0"/>
        </w:tc>
        <w:tc>
          <w:tcPr>
            <w:tcW w:w="2578" w:type="dxa"/>
            <w:tcMar>
              <w:top w:w="100" w:type="dxa"/>
              <w:left w:w="70" w:type="dxa"/>
              <w:bottom w:w="100" w:type="dxa"/>
              <w:right w:w="70" w:type="dxa"/>
            </w:tcMar>
          </w:tcPr>
          <w:p w14:paraId="01AB14C2" w14:textId="77777777" w:rsidR="00233FF0" w:rsidRDefault="00233FF0"/>
        </w:tc>
        <w:tc>
          <w:tcPr>
            <w:tcW w:w="2578" w:type="dxa"/>
            <w:tcMar>
              <w:top w:w="100" w:type="dxa"/>
              <w:left w:w="70" w:type="dxa"/>
              <w:bottom w:w="100" w:type="dxa"/>
              <w:right w:w="70" w:type="dxa"/>
            </w:tcMar>
          </w:tcPr>
          <w:p w14:paraId="1B47FCD8" w14:textId="77777777" w:rsidR="00233FF0" w:rsidRDefault="00233FF0"/>
        </w:tc>
      </w:tr>
      <w:tr w:rsidR="00233FF0" w14:paraId="49692C53" w14:textId="77777777">
        <w:trPr>
          <w:jc w:val="center"/>
        </w:trPr>
        <w:tc>
          <w:tcPr>
            <w:tcW w:w="2578" w:type="dxa"/>
            <w:tcMar>
              <w:top w:w="100" w:type="dxa"/>
              <w:left w:w="70" w:type="dxa"/>
              <w:bottom w:w="100" w:type="dxa"/>
              <w:right w:w="70" w:type="dxa"/>
            </w:tcMar>
          </w:tcPr>
          <w:p w14:paraId="3FA73597" w14:textId="77777777" w:rsidR="00233FF0" w:rsidRDefault="00000000">
            <w:r>
              <w:t>6°</w:t>
            </w:r>
          </w:p>
        </w:tc>
        <w:tc>
          <w:tcPr>
            <w:tcW w:w="2578" w:type="dxa"/>
            <w:tcMar>
              <w:top w:w="100" w:type="dxa"/>
              <w:left w:w="70" w:type="dxa"/>
              <w:bottom w:w="100" w:type="dxa"/>
              <w:right w:w="70" w:type="dxa"/>
            </w:tcMar>
          </w:tcPr>
          <w:p w14:paraId="0CBFB22F" w14:textId="77777777" w:rsidR="00233FF0" w:rsidRDefault="00233FF0"/>
        </w:tc>
        <w:tc>
          <w:tcPr>
            <w:tcW w:w="2578" w:type="dxa"/>
            <w:tcMar>
              <w:top w:w="100" w:type="dxa"/>
              <w:left w:w="70" w:type="dxa"/>
              <w:bottom w:w="100" w:type="dxa"/>
              <w:right w:w="70" w:type="dxa"/>
            </w:tcMar>
          </w:tcPr>
          <w:p w14:paraId="31235DC3" w14:textId="77777777" w:rsidR="00233FF0" w:rsidRDefault="00233FF0"/>
        </w:tc>
        <w:tc>
          <w:tcPr>
            <w:tcW w:w="2578" w:type="dxa"/>
            <w:tcMar>
              <w:top w:w="100" w:type="dxa"/>
              <w:left w:w="70" w:type="dxa"/>
              <w:bottom w:w="100" w:type="dxa"/>
              <w:right w:w="70" w:type="dxa"/>
            </w:tcMar>
          </w:tcPr>
          <w:p w14:paraId="34D0CD85" w14:textId="77777777" w:rsidR="00233FF0" w:rsidRDefault="00233FF0"/>
        </w:tc>
      </w:tr>
      <w:tr w:rsidR="00233FF0" w14:paraId="71C9FF1E" w14:textId="77777777">
        <w:trPr>
          <w:jc w:val="center"/>
        </w:trPr>
        <w:tc>
          <w:tcPr>
            <w:tcW w:w="2578" w:type="dxa"/>
            <w:tcMar>
              <w:top w:w="100" w:type="dxa"/>
              <w:left w:w="70" w:type="dxa"/>
              <w:bottom w:w="100" w:type="dxa"/>
              <w:right w:w="70" w:type="dxa"/>
            </w:tcMar>
          </w:tcPr>
          <w:p w14:paraId="62D65127" w14:textId="77777777" w:rsidR="00233FF0" w:rsidRDefault="00000000">
            <w:r>
              <w:t>7°</w:t>
            </w:r>
          </w:p>
        </w:tc>
        <w:tc>
          <w:tcPr>
            <w:tcW w:w="2578" w:type="dxa"/>
            <w:tcMar>
              <w:top w:w="100" w:type="dxa"/>
              <w:left w:w="70" w:type="dxa"/>
              <w:bottom w:w="100" w:type="dxa"/>
              <w:right w:w="70" w:type="dxa"/>
            </w:tcMar>
          </w:tcPr>
          <w:p w14:paraId="52F43FAD" w14:textId="77777777" w:rsidR="00233FF0" w:rsidRDefault="00233FF0"/>
        </w:tc>
        <w:tc>
          <w:tcPr>
            <w:tcW w:w="2578" w:type="dxa"/>
            <w:tcMar>
              <w:top w:w="100" w:type="dxa"/>
              <w:left w:w="70" w:type="dxa"/>
              <w:bottom w:w="100" w:type="dxa"/>
              <w:right w:w="70" w:type="dxa"/>
            </w:tcMar>
          </w:tcPr>
          <w:p w14:paraId="7F3BA902" w14:textId="77777777" w:rsidR="00233FF0" w:rsidRDefault="00233FF0"/>
        </w:tc>
        <w:tc>
          <w:tcPr>
            <w:tcW w:w="2578" w:type="dxa"/>
            <w:tcMar>
              <w:top w:w="100" w:type="dxa"/>
              <w:left w:w="70" w:type="dxa"/>
              <w:bottom w:w="100" w:type="dxa"/>
              <w:right w:w="70" w:type="dxa"/>
            </w:tcMar>
          </w:tcPr>
          <w:p w14:paraId="2ECFB7C6" w14:textId="77777777" w:rsidR="00233FF0" w:rsidRDefault="00233FF0"/>
        </w:tc>
      </w:tr>
    </w:tbl>
    <w:p w14:paraId="6D4D1A15" w14:textId="77777777" w:rsidR="00233FF0" w:rsidRDefault="00000000">
      <w:r>
        <w:rPr>
          <w:i/>
          <w:sz w:val="17"/>
        </w:rPr>
        <w:t>Indicare le attività ritenute essenziali. Non è necessario definire in questa fase gli orari di dettaglio.</w:t>
      </w:r>
    </w:p>
    <w:p w14:paraId="41EE7EF5" w14:textId="77777777" w:rsidR="00233FF0" w:rsidRDefault="00000000">
      <w:pPr>
        <w:pStyle w:val="Titolo1"/>
      </w:pPr>
      <w:r>
        <w:t>6. TRASPORTO PRINCIPALE RICHIESTO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150"/>
        <w:gridCol w:w="5152"/>
      </w:tblGrid>
      <w:tr w:rsidR="00233FF0" w14:paraId="4E52017B" w14:textId="77777777">
        <w:trPr>
          <w:jc w:val="center"/>
        </w:trPr>
        <w:tc>
          <w:tcPr>
            <w:tcW w:w="515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89430F" w14:textId="77777777" w:rsidR="00233FF0" w:rsidRDefault="00000000">
            <w:r>
              <w:rPr>
                <w:b/>
              </w:rPr>
              <w:t>Tipologia</w:t>
            </w:r>
          </w:p>
        </w:tc>
        <w:tc>
          <w:tcPr>
            <w:tcW w:w="515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DE9049" w14:textId="77777777" w:rsidR="00233FF0" w:rsidRDefault="00000000">
            <w:r>
              <w:t>☐ aereo   ☐ nave   ☐ treno   ☐ autobus GT   ☐ combinazione: __________________</w:t>
            </w:r>
          </w:p>
        </w:tc>
      </w:tr>
      <w:tr w:rsidR="00233FF0" w14:paraId="453B9C14" w14:textId="77777777">
        <w:trPr>
          <w:jc w:val="center"/>
        </w:trPr>
        <w:tc>
          <w:tcPr>
            <w:tcW w:w="515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0FB808" w14:textId="77777777" w:rsidR="00233FF0" w:rsidRDefault="00000000">
            <w:r>
              <w:rPr>
                <w:b/>
              </w:rPr>
              <w:t>Luogo di partenza / rientro</w:t>
            </w:r>
          </w:p>
        </w:tc>
        <w:tc>
          <w:tcPr>
            <w:tcW w:w="515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13D768" w14:textId="77777777" w:rsidR="00233FF0" w:rsidRDefault="00000000">
            <w:r>
              <w:t>partenza: ____________________   rientro: ____________________</w:t>
            </w:r>
          </w:p>
        </w:tc>
      </w:tr>
      <w:tr w:rsidR="00233FF0" w14:paraId="6A2527F3" w14:textId="77777777">
        <w:trPr>
          <w:jc w:val="center"/>
        </w:trPr>
        <w:tc>
          <w:tcPr>
            <w:tcW w:w="515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DF894E" w14:textId="77777777" w:rsidR="00233FF0" w:rsidRDefault="00000000">
            <w:r>
              <w:rPr>
                <w:b/>
              </w:rPr>
              <w:t>Se aereo – aeroporto di partenza</w:t>
            </w:r>
          </w:p>
        </w:tc>
        <w:tc>
          <w:tcPr>
            <w:tcW w:w="515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A3273E" w14:textId="77777777" w:rsidR="00233FF0" w:rsidRDefault="00000000">
            <w:r>
              <w:t>☐ Cagliari   ☐ altro: __________________</w:t>
            </w:r>
          </w:p>
        </w:tc>
      </w:tr>
      <w:tr w:rsidR="00233FF0" w14:paraId="0DC2A5C4" w14:textId="77777777">
        <w:trPr>
          <w:jc w:val="center"/>
        </w:trPr>
        <w:tc>
          <w:tcPr>
            <w:tcW w:w="515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7A787C" w14:textId="77777777" w:rsidR="00233FF0" w:rsidRDefault="00000000">
            <w:r>
              <w:rPr>
                <w:b/>
              </w:rPr>
              <w:t>Se aereo – bagaglio richiesto</w:t>
            </w:r>
          </w:p>
        </w:tc>
        <w:tc>
          <w:tcPr>
            <w:tcW w:w="515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6CF368" w14:textId="77777777" w:rsidR="00233FF0" w:rsidRDefault="00000000">
            <w:r>
              <w:t>☐ bagaglio personale/cabina   ☐ bagaglio da stiva</w:t>
            </w:r>
          </w:p>
        </w:tc>
      </w:tr>
      <w:tr w:rsidR="00233FF0" w14:paraId="4CA18715" w14:textId="77777777">
        <w:trPr>
          <w:jc w:val="center"/>
        </w:trPr>
        <w:tc>
          <w:tcPr>
            <w:tcW w:w="515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5E0087" w14:textId="77777777" w:rsidR="00233FF0" w:rsidRDefault="00000000">
            <w:r>
              <w:rPr>
                <w:b/>
              </w:rPr>
              <w:t>Esigenze sugli orari di partenza/rientro</w:t>
            </w:r>
          </w:p>
        </w:tc>
        <w:tc>
          <w:tcPr>
            <w:tcW w:w="515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474150" w14:textId="77777777" w:rsidR="00233FF0" w:rsidRDefault="00233FF0"/>
        </w:tc>
      </w:tr>
      <w:tr w:rsidR="00233FF0" w14:paraId="1F962B19" w14:textId="77777777">
        <w:trPr>
          <w:jc w:val="center"/>
        </w:trPr>
        <w:tc>
          <w:tcPr>
            <w:tcW w:w="515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C8157B" w14:textId="77777777" w:rsidR="00233FF0" w:rsidRDefault="00000000">
            <w:r>
              <w:rPr>
                <w:b/>
              </w:rPr>
              <w:t>Se autobus GT – disponibilità mezzo</w:t>
            </w:r>
          </w:p>
        </w:tc>
        <w:tc>
          <w:tcPr>
            <w:tcW w:w="515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ECFC40" w14:textId="77777777" w:rsidR="00233FF0" w:rsidRDefault="00000000">
            <w:r>
              <w:t>☐ intera durata   ☐ solo trasferimenti specifici: __________________</w:t>
            </w:r>
          </w:p>
        </w:tc>
      </w:tr>
    </w:tbl>
    <w:p w14:paraId="5F001DB2" w14:textId="77777777" w:rsidR="00233FF0" w:rsidRDefault="00000000">
      <w:pPr>
        <w:pStyle w:val="Titolo1"/>
      </w:pPr>
      <w:r>
        <w:t>7. SISTEMAZIONE ALBERGHIERA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151"/>
        <w:gridCol w:w="5151"/>
      </w:tblGrid>
      <w:tr w:rsidR="00233FF0" w14:paraId="020D0C3F" w14:textId="77777777">
        <w:trPr>
          <w:jc w:val="center"/>
        </w:trPr>
        <w:tc>
          <w:tcPr>
            <w:tcW w:w="515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8017AC" w14:textId="77777777" w:rsidR="00233FF0" w:rsidRDefault="00000000">
            <w:r>
              <w:rPr>
                <w:b/>
              </w:rPr>
              <w:t>Località / zona preferenziale</w:t>
            </w:r>
          </w:p>
        </w:tc>
        <w:tc>
          <w:tcPr>
            <w:tcW w:w="515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18EB71" w14:textId="77777777" w:rsidR="00233FF0" w:rsidRDefault="00233FF0"/>
        </w:tc>
      </w:tr>
      <w:tr w:rsidR="00233FF0" w14:paraId="77859F3B" w14:textId="77777777">
        <w:trPr>
          <w:jc w:val="center"/>
        </w:trPr>
        <w:tc>
          <w:tcPr>
            <w:tcW w:w="515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9B7739" w14:textId="77777777" w:rsidR="00233FF0" w:rsidRDefault="00000000">
            <w:r>
              <w:rPr>
                <w:b/>
              </w:rPr>
              <w:t>Categoria minima richiesta</w:t>
            </w:r>
          </w:p>
        </w:tc>
        <w:tc>
          <w:tcPr>
            <w:tcW w:w="515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39913C" w14:textId="77777777" w:rsidR="00233FF0" w:rsidRDefault="00000000">
            <w:r>
              <w:t>☐ 3 stelle   ☐ 4 stelle   ☐ altra: __________</w:t>
            </w:r>
          </w:p>
        </w:tc>
      </w:tr>
      <w:tr w:rsidR="00233FF0" w14:paraId="6124166B" w14:textId="77777777">
        <w:trPr>
          <w:jc w:val="center"/>
        </w:trPr>
        <w:tc>
          <w:tcPr>
            <w:tcW w:w="515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3AA520" w14:textId="77777777" w:rsidR="00233FF0" w:rsidRDefault="00000000">
            <w:r>
              <w:rPr>
                <w:b/>
              </w:rPr>
              <w:t>Sistemazione studenti</w:t>
            </w:r>
          </w:p>
        </w:tc>
        <w:tc>
          <w:tcPr>
            <w:tcW w:w="515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DD9EDB" w14:textId="77777777" w:rsidR="00233FF0" w:rsidRDefault="00000000">
            <w:r>
              <w:t>☐ camere multiple   ☐ altro: __________________</w:t>
            </w:r>
          </w:p>
        </w:tc>
      </w:tr>
      <w:tr w:rsidR="00233FF0" w14:paraId="6584402D" w14:textId="77777777">
        <w:trPr>
          <w:jc w:val="center"/>
        </w:trPr>
        <w:tc>
          <w:tcPr>
            <w:tcW w:w="515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7CDF10" w14:textId="77777777" w:rsidR="00233FF0" w:rsidRDefault="00000000">
            <w:r>
              <w:rPr>
                <w:b/>
              </w:rPr>
              <w:t>Sistemazione docenti</w:t>
            </w:r>
          </w:p>
        </w:tc>
        <w:tc>
          <w:tcPr>
            <w:tcW w:w="515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863AA3" w14:textId="77777777" w:rsidR="00233FF0" w:rsidRDefault="00000000">
            <w:r>
              <w:t>☐ camere singole   ☐ altro: __________________</w:t>
            </w:r>
          </w:p>
        </w:tc>
      </w:tr>
      <w:tr w:rsidR="00233FF0" w14:paraId="7EE7E58D" w14:textId="77777777">
        <w:trPr>
          <w:jc w:val="center"/>
        </w:trPr>
        <w:tc>
          <w:tcPr>
            <w:tcW w:w="515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9EEAB2" w14:textId="77777777" w:rsidR="00233FF0" w:rsidRDefault="00000000">
            <w:r>
              <w:rPr>
                <w:b/>
              </w:rPr>
              <w:t>Intero gruppo nella medesima struttura</w:t>
            </w:r>
          </w:p>
        </w:tc>
        <w:tc>
          <w:tcPr>
            <w:tcW w:w="515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9E7B2A" w14:textId="77777777" w:rsidR="00233FF0" w:rsidRDefault="00000000">
            <w:r>
              <w:t>☐ SÌ   ☐ NO</w:t>
            </w:r>
          </w:p>
        </w:tc>
      </w:tr>
      <w:tr w:rsidR="00233FF0" w14:paraId="6B7AC734" w14:textId="77777777">
        <w:trPr>
          <w:jc w:val="center"/>
        </w:trPr>
        <w:tc>
          <w:tcPr>
            <w:tcW w:w="515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5E56A0" w14:textId="77777777" w:rsidR="00233FF0" w:rsidRDefault="00000000">
            <w:r>
              <w:rPr>
                <w:b/>
              </w:rPr>
              <w:t>Caratteristiche indispensabili della struttura</w:t>
            </w:r>
          </w:p>
        </w:tc>
        <w:tc>
          <w:tcPr>
            <w:tcW w:w="515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2DEA1A" w14:textId="77777777" w:rsidR="00233FF0" w:rsidRDefault="00233FF0"/>
        </w:tc>
      </w:tr>
    </w:tbl>
    <w:p w14:paraId="6038F4F9" w14:textId="77777777" w:rsidR="00233FF0" w:rsidRDefault="00000000">
      <w:pPr>
        <w:pStyle w:val="Titolo1"/>
      </w:pPr>
      <w:r>
        <w:t>8. TRATTAMENTO DI RISTORAZIONE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149"/>
        <w:gridCol w:w="5153"/>
      </w:tblGrid>
      <w:tr w:rsidR="00233FF0" w14:paraId="62D95A56" w14:textId="77777777">
        <w:trPr>
          <w:jc w:val="center"/>
        </w:trPr>
        <w:tc>
          <w:tcPr>
            <w:tcW w:w="515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1AE1A2" w14:textId="77777777" w:rsidR="00233FF0" w:rsidRDefault="00000000">
            <w:r>
              <w:rPr>
                <w:b/>
              </w:rPr>
              <w:t>Trattamento richiesto</w:t>
            </w:r>
          </w:p>
        </w:tc>
        <w:tc>
          <w:tcPr>
            <w:tcW w:w="515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4EA9EB" w14:textId="77777777" w:rsidR="00233FF0" w:rsidRDefault="00000000">
            <w:r>
              <w:t>☐ pernottamento e colazione   ☐ mezza pensione   ☐ pensione completa</w:t>
            </w:r>
          </w:p>
        </w:tc>
      </w:tr>
      <w:tr w:rsidR="00233FF0" w14:paraId="54642F3A" w14:textId="77777777">
        <w:trPr>
          <w:jc w:val="center"/>
        </w:trPr>
        <w:tc>
          <w:tcPr>
            <w:tcW w:w="515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6B7766" w14:textId="77777777" w:rsidR="00233FF0" w:rsidRDefault="00000000">
            <w:r>
              <w:rPr>
                <w:b/>
              </w:rPr>
              <w:t>Pasti da prevedere durante visite/escursioni</w:t>
            </w:r>
          </w:p>
        </w:tc>
        <w:tc>
          <w:tcPr>
            <w:tcW w:w="515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D05BF3" w14:textId="77777777" w:rsidR="00233FF0" w:rsidRDefault="00233FF0"/>
        </w:tc>
      </w:tr>
      <w:tr w:rsidR="00233FF0" w14:paraId="1CBA0647" w14:textId="77777777">
        <w:trPr>
          <w:jc w:val="center"/>
        </w:trPr>
        <w:tc>
          <w:tcPr>
            <w:tcW w:w="515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749585" w14:textId="77777777" w:rsidR="00233FF0" w:rsidRDefault="00000000">
            <w:r>
              <w:rPr>
                <w:b/>
              </w:rPr>
              <w:lastRenderedPageBreak/>
              <w:t>Esigenze alimentari che richiedono servizi specifici</w:t>
            </w:r>
          </w:p>
        </w:tc>
        <w:tc>
          <w:tcPr>
            <w:tcW w:w="515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98DF43" w14:textId="77777777" w:rsidR="00233FF0" w:rsidRDefault="00000000">
            <w:r>
              <w:t>☐ NO   ☐ SÌ – servizio da garantire: _________________________________</w:t>
            </w:r>
          </w:p>
        </w:tc>
      </w:tr>
    </w:tbl>
    <w:p w14:paraId="7A2908DE" w14:textId="7CC0B76E" w:rsidR="00852E86" w:rsidRPr="00852E86" w:rsidRDefault="00852E86">
      <w:pPr>
        <w:pStyle w:val="Titolo1"/>
        <w:rPr>
          <w:rFonts w:ascii="Arial" w:hAnsi="Arial" w:cs="Arial"/>
          <w:b w:val="0"/>
          <w:bCs w:val="0"/>
          <w:i/>
          <w:iCs/>
          <w:color w:val="auto"/>
          <w:sz w:val="17"/>
          <w:szCs w:val="17"/>
          <w:lang w:val="it-IT"/>
        </w:rPr>
      </w:pPr>
      <w:r w:rsidRPr="00852E86">
        <w:rPr>
          <w:rFonts w:ascii="Arial" w:hAnsi="Arial" w:cs="Arial"/>
          <w:b w:val="0"/>
          <w:bCs w:val="0"/>
          <w:i/>
          <w:iCs/>
          <w:color w:val="auto"/>
          <w:sz w:val="17"/>
          <w:szCs w:val="17"/>
          <w:lang w:val="it-IT"/>
        </w:rPr>
        <w:t>In questa fase serve conoscere la prestazione richiesta, non i nomi degli studenti.</w:t>
      </w:r>
    </w:p>
    <w:p w14:paraId="278F8BDD" w14:textId="132E8174" w:rsidR="00233FF0" w:rsidRDefault="00000000">
      <w:pPr>
        <w:pStyle w:val="Titolo1"/>
      </w:pPr>
      <w:r>
        <w:t>9. VISITE, INGRESSI E ATTIVITÀ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060"/>
        <w:gridCol w:w="2060"/>
        <w:gridCol w:w="2061"/>
        <w:gridCol w:w="2060"/>
        <w:gridCol w:w="2061"/>
      </w:tblGrid>
      <w:tr w:rsidR="00233FF0" w14:paraId="2D1D0973" w14:textId="77777777">
        <w:trPr>
          <w:tblHeader/>
          <w:jc w:val="center"/>
        </w:trPr>
        <w:tc>
          <w:tcPr>
            <w:tcW w:w="2062" w:type="dxa"/>
            <w:shd w:val="clear" w:color="auto" w:fill="EDEDED"/>
          </w:tcPr>
          <w:p w14:paraId="48F56E5B" w14:textId="77777777" w:rsidR="00233FF0" w:rsidRDefault="00000000">
            <w:r>
              <w:rPr>
                <w:b/>
              </w:rPr>
              <w:t>Visita / attività</w:t>
            </w:r>
          </w:p>
        </w:tc>
        <w:tc>
          <w:tcPr>
            <w:tcW w:w="2062" w:type="dxa"/>
            <w:shd w:val="clear" w:color="auto" w:fill="EDEDED"/>
          </w:tcPr>
          <w:p w14:paraId="0A97876E" w14:textId="77777777" w:rsidR="00233FF0" w:rsidRDefault="00000000">
            <w:r>
              <w:rPr>
                <w:b/>
              </w:rPr>
              <w:t>Località</w:t>
            </w:r>
          </w:p>
        </w:tc>
        <w:tc>
          <w:tcPr>
            <w:tcW w:w="2062" w:type="dxa"/>
            <w:shd w:val="clear" w:color="auto" w:fill="EDEDED"/>
          </w:tcPr>
          <w:p w14:paraId="72334FCA" w14:textId="77777777" w:rsidR="00233FF0" w:rsidRDefault="00000000">
            <w:r>
              <w:rPr>
                <w:b/>
              </w:rPr>
              <w:t>Ingresso incluso</w:t>
            </w:r>
          </w:p>
        </w:tc>
        <w:tc>
          <w:tcPr>
            <w:tcW w:w="2062" w:type="dxa"/>
            <w:shd w:val="clear" w:color="auto" w:fill="EDEDED"/>
          </w:tcPr>
          <w:p w14:paraId="3588E781" w14:textId="77777777" w:rsidR="00233FF0" w:rsidRDefault="00000000">
            <w:r>
              <w:rPr>
                <w:b/>
              </w:rPr>
              <w:t>Guida</w:t>
            </w:r>
          </w:p>
        </w:tc>
        <w:tc>
          <w:tcPr>
            <w:tcW w:w="2062" w:type="dxa"/>
            <w:shd w:val="clear" w:color="auto" w:fill="EDEDED"/>
          </w:tcPr>
          <w:p w14:paraId="602601B9" w14:textId="77777777" w:rsidR="00233FF0" w:rsidRDefault="00000000">
            <w:r>
              <w:rPr>
                <w:b/>
              </w:rPr>
              <w:t>Priorità</w:t>
            </w:r>
          </w:p>
        </w:tc>
      </w:tr>
      <w:tr w:rsidR="00233FF0" w14:paraId="47AD17AB" w14:textId="77777777">
        <w:trPr>
          <w:jc w:val="center"/>
        </w:trPr>
        <w:tc>
          <w:tcPr>
            <w:tcW w:w="2062" w:type="dxa"/>
            <w:tcMar>
              <w:top w:w="100" w:type="dxa"/>
              <w:left w:w="50" w:type="dxa"/>
              <w:bottom w:w="100" w:type="dxa"/>
              <w:right w:w="50" w:type="dxa"/>
            </w:tcMar>
          </w:tcPr>
          <w:p w14:paraId="4E004230" w14:textId="77777777" w:rsidR="00233FF0" w:rsidRDefault="00233FF0"/>
        </w:tc>
        <w:tc>
          <w:tcPr>
            <w:tcW w:w="2062" w:type="dxa"/>
            <w:tcMar>
              <w:top w:w="100" w:type="dxa"/>
              <w:left w:w="50" w:type="dxa"/>
              <w:bottom w:w="100" w:type="dxa"/>
              <w:right w:w="50" w:type="dxa"/>
            </w:tcMar>
          </w:tcPr>
          <w:p w14:paraId="7AF81B3A" w14:textId="77777777" w:rsidR="00233FF0" w:rsidRDefault="00233FF0"/>
        </w:tc>
        <w:tc>
          <w:tcPr>
            <w:tcW w:w="2062" w:type="dxa"/>
            <w:tcMar>
              <w:top w:w="100" w:type="dxa"/>
              <w:left w:w="50" w:type="dxa"/>
              <w:bottom w:w="100" w:type="dxa"/>
              <w:right w:w="50" w:type="dxa"/>
            </w:tcMar>
          </w:tcPr>
          <w:p w14:paraId="1B398093" w14:textId="77777777" w:rsidR="00233FF0" w:rsidRDefault="00000000">
            <w:r>
              <w:t>☐ sì ☐ no</w:t>
            </w:r>
          </w:p>
        </w:tc>
        <w:tc>
          <w:tcPr>
            <w:tcW w:w="2062" w:type="dxa"/>
            <w:tcMar>
              <w:top w:w="100" w:type="dxa"/>
              <w:left w:w="50" w:type="dxa"/>
              <w:bottom w:w="100" w:type="dxa"/>
              <w:right w:w="50" w:type="dxa"/>
            </w:tcMar>
          </w:tcPr>
          <w:p w14:paraId="08064EAA" w14:textId="77777777" w:rsidR="00233FF0" w:rsidRDefault="00000000">
            <w:r>
              <w:t>☐ sì ☐ no</w:t>
            </w:r>
          </w:p>
        </w:tc>
        <w:tc>
          <w:tcPr>
            <w:tcW w:w="2062" w:type="dxa"/>
            <w:tcMar>
              <w:top w:w="100" w:type="dxa"/>
              <w:left w:w="50" w:type="dxa"/>
              <w:bottom w:w="100" w:type="dxa"/>
              <w:right w:w="50" w:type="dxa"/>
            </w:tcMar>
          </w:tcPr>
          <w:p w14:paraId="75047944" w14:textId="77777777" w:rsidR="00233FF0" w:rsidRDefault="00000000">
            <w:r>
              <w:t>☐ essenziale ☐ facoltativa</w:t>
            </w:r>
          </w:p>
        </w:tc>
      </w:tr>
      <w:tr w:rsidR="00233FF0" w14:paraId="5B0FE176" w14:textId="77777777">
        <w:trPr>
          <w:jc w:val="center"/>
        </w:trPr>
        <w:tc>
          <w:tcPr>
            <w:tcW w:w="2062" w:type="dxa"/>
            <w:tcMar>
              <w:top w:w="100" w:type="dxa"/>
              <w:left w:w="50" w:type="dxa"/>
              <w:bottom w:w="100" w:type="dxa"/>
              <w:right w:w="50" w:type="dxa"/>
            </w:tcMar>
          </w:tcPr>
          <w:p w14:paraId="5671DF99" w14:textId="77777777" w:rsidR="00233FF0" w:rsidRDefault="00233FF0"/>
        </w:tc>
        <w:tc>
          <w:tcPr>
            <w:tcW w:w="2062" w:type="dxa"/>
            <w:tcMar>
              <w:top w:w="100" w:type="dxa"/>
              <w:left w:w="50" w:type="dxa"/>
              <w:bottom w:w="100" w:type="dxa"/>
              <w:right w:w="50" w:type="dxa"/>
            </w:tcMar>
          </w:tcPr>
          <w:p w14:paraId="699BE0AC" w14:textId="77777777" w:rsidR="00233FF0" w:rsidRDefault="00233FF0"/>
        </w:tc>
        <w:tc>
          <w:tcPr>
            <w:tcW w:w="2062" w:type="dxa"/>
            <w:tcMar>
              <w:top w:w="100" w:type="dxa"/>
              <w:left w:w="50" w:type="dxa"/>
              <w:bottom w:w="100" w:type="dxa"/>
              <w:right w:w="50" w:type="dxa"/>
            </w:tcMar>
          </w:tcPr>
          <w:p w14:paraId="1C071C80" w14:textId="77777777" w:rsidR="00233FF0" w:rsidRDefault="00000000">
            <w:r>
              <w:t>☐ sì ☐ no</w:t>
            </w:r>
          </w:p>
        </w:tc>
        <w:tc>
          <w:tcPr>
            <w:tcW w:w="2062" w:type="dxa"/>
            <w:tcMar>
              <w:top w:w="100" w:type="dxa"/>
              <w:left w:w="50" w:type="dxa"/>
              <w:bottom w:w="100" w:type="dxa"/>
              <w:right w:w="50" w:type="dxa"/>
            </w:tcMar>
          </w:tcPr>
          <w:p w14:paraId="57DD1132" w14:textId="77777777" w:rsidR="00233FF0" w:rsidRDefault="00000000">
            <w:r>
              <w:t>☐ sì ☐ no</w:t>
            </w:r>
          </w:p>
        </w:tc>
        <w:tc>
          <w:tcPr>
            <w:tcW w:w="2062" w:type="dxa"/>
            <w:tcMar>
              <w:top w:w="100" w:type="dxa"/>
              <w:left w:w="50" w:type="dxa"/>
              <w:bottom w:w="100" w:type="dxa"/>
              <w:right w:w="50" w:type="dxa"/>
            </w:tcMar>
          </w:tcPr>
          <w:p w14:paraId="56E99BEE" w14:textId="77777777" w:rsidR="00233FF0" w:rsidRDefault="00000000">
            <w:r>
              <w:t>☐ essenziale ☐ facoltativa</w:t>
            </w:r>
          </w:p>
        </w:tc>
      </w:tr>
      <w:tr w:rsidR="00233FF0" w14:paraId="6D6017F5" w14:textId="77777777">
        <w:trPr>
          <w:jc w:val="center"/>
        </w:trPr>
        <w:tc>
          <w:tcPr>
            <w:tcW w:w="2062" w:type="dxa"/>
            <w:tcMar>
              <w:top w:w="100" w:type="dxa"/>
              <w:left w:w="50" w:type="dxa"/>
              <w:bottom w:w="100" w:type="dxa"/>
              <w:right w:w="50" w:type="dxa"/>
            </w:tcMar>
          </w:tcPr>
          <w:p w14:paraId="0B494A35" w14:textId="77777777" w:rsidR="00233FF0" w:rsidRDefault="00233FF0"/>
        </w:tc>
        <w:tc>
          <w:tcPr>
            <w:tcW w:w="2062" w:type="dxa"/>
            <w:tcMar>
              <w:top w:w="100" w:type="dxa"/>
              <w:left w:w="50" w:type="dxa"/>
              <w:bottom w:w="100" w:type="dxa"/>
              <w:right w:w="50" w:type="dxa"/>
            </w:tcMar>
          </w:tcPr>
          <w:p w14:paraId="15B07AAB" w14:textId="77777777" w:rsidR="00233FF0" w:rsidRDefault="00233FF0"/>
        </w:tc>
        <w:tc>
          <w:tcPr>
            <w:tcW w:w="2062" w:type="dxa"/>
            <w:tcMar>
              <w:top w:w="100" w:type="dxa"/>
              <w:left w:w="50" w:type="dxa"/>
              <w:bottom w:w="100" w:type="dxa"/>
              <w:right w:w="50" w:type="dxa"/>
            </w:tcMar>
          </w:tcPr>
          <w:p w14:paraId="2E5EBA6E" w14:textId="77777777" w:rsidR="00233FF0" w:rsidRDefault="00000000">
            <w:r>
              <w:t>☐ sì ☐ no</w:t>
            </w:r>
          </w:p>
        </w:tc>
        <w:tc>
          <w:tcPr>
            <w:tcW w:w="2062" w:type="dxa"/>
            <w:tcMar>
              <w:top w:w="100" w:type="dxa"/>
              <w:left w:w="50" w:type="dxa"/>
              <w:bottom w:w="100" w:type="dxa"/>
              <w:right w:w="50" w:type="dxa"/>
            </w:tcMar>
          </w:tcPr>
          <w:p w14:paraId="0322CC4E" w14:textId="77777777" w:rsidR="00233FF0" w:rsidRDefault="00000000">
            <w:r>
              <w:t>☐ sì ☐ no</w:t>
            </w:r>
          </w:p>
        </w:tc>
        <w:tc>
          <w:tcPr>
            <w:tcW w:w="2062" w:type="dxa"/>
            <w:tcMar>
              <w:top w:w="100" w:type="dxa"/>
              <w:left w:w="50" w:type="dxa"/>
              <w:bottom w:w="100" w:type="dxa"/>
              <w:right w:w="50" w:type="dxa"/>
            </w:tcMar>
          </w:tcPr>
          <w:p w14:paraId="6904849B" w14:textId="77777777" w:rsidR="00233FF0" w:rsidRDefault="00000000">
            <w:r>
              <w:t>☐ essenziale ☐ facoltativa</w:t>
            </w:r>
          </w:p>
        </w:tc>
      </w:tr>
      <w:tr w:rsidR="00233FF0" w14:paraId="295030B2" w14:textId="77777777">
        <w:trPr>
          <w:jc w:val="center"/>
        </w:trPr>
        <w:tc>
          <w:tcPr>
            <w:tcW w:w="2062" w:type="dxa"/>
            <w:tcMar>
              <w:top w:w="100" w:type="dxa"/>
              <w:left w:w="50" w:type="dxa"/>
              <w:bottom w:w="100" w:type="dxa"/>
              <w:right w:w="50" w:type="dxa"/>
            </w:tcMar>
          </w:tcPr>
          <w:p w14:paraId="1A840732" w14:textId="77777777" w:rsidR="00233FF0" w:rsidRDefault="00233FF0"/>
        </w:tc>
        <w:tc>
          <w:tcPr>
            <w:tcW w:w="2062" w:type="dxa"/>
            <w:tcMar>
              <w:top w:w="100" w:type="dxa"/>
              <w:left w:w="50" w:type="dxa"/>
              <w:bottom w:w="100" w:type="dxa"/>
              <w:right w:w="50" w:type="dxa"/>
            </w:tcMar>
          </w:tcPr>
          <w:p w14:paraId="5614BFF0" w14:textId="77777777" w:rsidR="00233FF0" w:rsidRDefault="00233FF0"/>
        </w:tc>
        <w:tc>
          <w:tcPr>
            <w:tcW w:w="2062" w:type="dxa"/>
            <w:tcMar>
              <w:top w:w="100" w:type="dxa"/>
              <w:left w:w="50" w:type="dxa"/>
              <w:bottom w:w="100" w:type="dxa"/>
              <w:right w:w="50" w:type="dxa"/>
            </w:tcMar>
          </w:tcPr>
          <w:p w14:paraId="75142B8F" w14:textId="77777777" w:rsidR="00233FF0" w:rsidRDefault="00000000">
            <w:r>
              <w:t>☐ sì ☐ no</w:t>
            </w:r>
          </w:p>
        </w:tc>
        <w:tc>
          <w:tcPr>
            <w:tcW w:w="2062" w:type="dxa"/>
            <w:tcMar>
              <w:top w:w="100" w:type="dxa"/>
              <w:left w:w="50" w:type="dxa"/>
              <w:bottom w:w="100" w:type="dxa"/>
              <w:right w:w="50" w:type="dxa"/>
            </w:tcMar>
          </w:tcPr>
          <w:p w14:paraId="21D7F0D5" w14:textId="77777777" w:rsidR="00233FF0" w:rsidRDefault="00000000">
            <w:r>
              <w:t>☐ sì ☐ no</w:t>
            </w:r>
          </w:p>
        </w:tc>
        <w:tc>
          <w:tcPr>
            <w:tcW w:w="2062" w:type="dxa"/>
            <w:tcMar>
              <w:top w:w="100" w:type="dxa"/>
              <w:left w:w="50" w:type="dxa"/>
              <w:bottom w:w="100" w:type="dxa"/>
              <w:right w:w="50" w:type="dxa"/>
            </w:tcMar>
          </w:tcPr>
          <w:p w14:paraId="743ED3CC" w14:textId="77777777" w:rsidR="00233FF0" w:rsidRDefault="00000000">
            <w:r>
              <w:t>☐ essenziale ☐ facoltativa</w:t>
            </w:r>
          </w:p>
        </w:tc>
      </w:tr>
      <w:tr w:rsidR="00233FF0" w14:paraId="1F774F5F" w14:textId="77777777">
        <w:trPr>
          <w:jc w:val="center"/>
        </w:trPr>
        <w:tc>
          <w:tcPr>
            <w:tcW w:w="2062" w:type="dxa"/>
            <w:tcMar>
              <w:top w:w="100" w:type="dxa"/>
              <w:left w:w="50" w:type="dxa"/>
              <w:bottom w:w="100" w:type="dxa"/>
              <w:right w:w="50" w:type="dxa"/>
            </w:tcMar>
          </w:tcPr>
          <w:p w14:paraId="0468F29C" w14:textId="77777777" w:rsidR="00233FF0" w:rsidRDefault="00233FF0"/>
        </w:tc>
        <w:tc>
          <w:tcPr>
            <w:tcW w:w="2062" w:type="dxa"/>
            <w:tcMar>
              <w:top w:w="100" w:type="dxa"/>
              <w:left w:w="50" w:type="dxa"/>
              <w:bottom w:w="100" w:type="dxa"/>
              <w:right w:w="50" w:type="dxa"/>
            </w:tcMar>
          </w:tcPr>
          <w:p w14:paraId="49300B43" w14:textId="77777777" w:rsidR="00233FF0" w:rsidRDefault="00233FF0"/>
        </w:tc>
        <w:tc>
          <w:tcPr>
            <w:tcW w:w="2062" w:type="dxa"/>
            <w:tcMar>
              <w:top w:w="100" w:type="dxa"/>
              <w:left w:w="50" w:type="dxa"/>
              <w:bottom w:w="100" w:type="dxa"/>
              <w:right w:w="50" w:type="dxa"/>
            </w:tcMar>
          </w:tcPr>
          <w:p w14:paraId="532CD2D8" w14:textId="77777777" w:rsidR="00233FF0" w:rsidRDefault="00000000">
            <w:r>
              <w:t>☐ sì ☐ no</w:t>
            </w:r>
          </w:p>
        </w:tc>
        <w:tc>
          <w:tcPr>
            <w:tcW w:w="2062" w:type="dxa"/>
            <w:tcMar>
              <w:top w:w="100" w:type="dxa"/>
              <w:left w:w="50" w:type="dxa"/>
              <w:bottom w:w="100" w:type="dxa"/>
              <w:right w:w="50" w:type="dxa"/>
            </w:tcMar>
          </w:tcPr>
          <w:p w14:paraId="79A18993" w14:textId="77777777" w:rsidR="00233FF0" w:rsidRDefault="00000000">
            <w:r>
              <w:t>☐ sì ☐ no</w:t>
            </w:r>
          </w:p>
        </w:tc>
        <w:tc>
          <w:tcPr>
            <w:tcW w:w="2062" w:type="dxa"/>
            <w:tcMar>
              <w:top w:w="100" w:type="dxa"/>
              <w:left w:w="50" w:type="dxa"/>
              <w:bottom w:w="100" w:type="dxa"/>
              <w:right w:w="50" w:type="dxa"/>
            </w:tcMar>
          </w:tcPr>
          <w:p w14:paraId="4527B5D4" w14:textId="77777777" w:rsidR="00233FF0" w:rsidRDefault="00000000">
            <w:r>
              <w:t>☐ essenziale ☐ facoltativa</w:t>
            </w:r>
          </w:p>
        </w:tc>
      </w:tr>
    </w:tbl>
    <w:p w14:paraId="3F2CC2AF" w14:textId="77777777" w:rsidR="00233FF0" w:rsidRDefault="00000000">
      <w:pPr>
        <w:pStyle w:val="Titolo1"/>
      </w:pPr>
      <w:r>
        <w:t>10. TRASFERIMENTI E SERVIZI LOCALI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147"/>
        <w:gridCol w:w="5155"/>
      </w:tblGrid>
      <w:tr w:rsidR="00233FF0" w14:paraId="17019851" w14:textId="77777777">
        <w:trPr>
          <w:jc w:val="center"/>
        </w:trPr>
        <w:tc>
          <w:tcPr>
            <w:tcW w:w="515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357EE1" w14:textId="77777777" w:rsidR="00233FF0" w:rsidRDefault="00000000">
            <w:r>
              <w:rPr>
                <w:b/>
              </w:rPr>
              <w:t>Servizi richiesti</w:t>
            </w:r>
          </w:p>
        </w:tc>
        <w:tc>
          <w:tcPr>
            <w:tcW w:w="515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514645" w14:textId="77777777" w:rsidR="00233FF0" w:rsidRDefault="00000000">
            <w:r>
              <w:t>☐ transfer arrivo–hotel   ☐ transfer hotel–partenza</w:t>
            </w:r>
            <w:r>
              <w:br/>
              <w:t>☐ autobus per escursioni   ☐ trasporto pubblico locale</w:t>
            </w:r>
            <w:r>
              <w:br/>
              <w:t>☐ guida turistica   ☐ accompagnatore/assistenza agenzia</w:t>
            </w:r>
            <w:r>
              <w:br/>
              <w:t>☐ altro: __________________________________________</w:t>
            </w:r>
          </w:p>
        </w:tc>
      </w:tr>
      <w:tr w:rsidR="00233FF0" w14:paraId="4457044A" w14:textId="77777777">
        <w:trPr>
          <w:jc w:val="center"/>
        </w:trPr>
        <w:tc>
          <w:tcPr>
            <w:tcW w:w="515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3D0756" w14:textId="77777777" w:rsidR="00233FF0" w:rsidRDefault="00000000">
            <w:r>
              <w:rPr>
                <w:b/>
              </w:rPr>
              <w:t>Precisazioni</w:t>
            </w:r>
          </w:p>
        </w:tc>
        <w:tc>
          <w:tcPr>
            <w:tcW w:w="515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4F32A7" w14:textId="77777777" w:rsidR="00233FF0" w:rsidRDefault="00233FF0"/>
        </w:tc>
      </w:tr>
    </w:tbl>
    <w:p w14:paraId="594C59A2" w14:textId="77777777" w:rsidR="00233FF0" w:rsidRDefault="00000000">
      <w:pPr>
        <w:pStyle w:val="Titolo1"/>
      </w:pPr>
      <w:r>
        <w:t>11. SERVIZI DA RICHIEDERE ALL’OPERATORE ECONOMICO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152"/>
        <w:gridCol w:w="5150"/>
      </w:tblGrid>
      <w:tr w:rsidR="00233FF0" w14:paraId="0BB85D35" w14:textId="77777777">
        <w:trPr>
          <w:jc w:val="center"/>
        </w:trPr>
        <w:tc>
          <w:tcPr>
            <w:tcW w:w="515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177204" w14:textId="77777777" w:rsidR="00233FF0" w:rsidRDefault="00000000">
            <w:r>
              <w:rPr>
                <w:b/>
              </w:rPr>
              <w:t>Servizi indispensabili</w:t>
            </w:r>
          </w:p>
        </w:tc>
        <w:tc>
          <w:tcPr>
            <w:tcW w:w="515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7DFF4F" w14:textId="77777777" w:rsidR="00233FF0" w:rsidRDefault="00233FF0"/>
        </w:tc>
      </w:tr>
      <w:tr w:rsidR="00233FF0" w14:paraId="0E3D1775" w14:textId="77777777">
        <w:trPr>
          <w:jc w:val="center"/>
        </w:trPr>
        <w:tc>
          <w:tcPr>
            <w:tcW w:w="515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DC761F" w14:textId="77777777" w:rsidR="00233FF0" w:rsidRDefault="00000000">
            <w:r>
              <w:rPr>
                <w:b/>
              </w:rPr>
              <w:t>Servizi ulteriori / opzionali da quotare separatamente</w:t>
            </w:r>
          </w:p>
        </w:tc>
        <w:tc>
          <w:tcPr>
            <w:tcW w:w="515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AC621F" w14:textId="77777777" w:rsidR="00233FF0" w:rsidRDefault="00233FF0"/>
        </w:tc>
      </w:tr>
    </w:tbl>
    <w:p w14:paraId="58B98EF6" w14:textId="77777777" w:rsidR="00233FF0" w:rsidRDefault="00000000">
      <w:pPr>
        <w:pStyle w:val="Titolo1"/>
      </w:pPr>
      <w:r>
        <w:t>12. ESIGENZE PARTICOLARI E VINCOLI ORGANIZZATIVI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152"/>
        <w:gridCol w:w="5150"/>
      </w:tblGrid>
      <w:tr w:rsidR="00233FF0" w14:paraId="63BCC0CE" w14:textId="77777777">
        <w:trPr>
          <w:jc w:val="center"/>
        </w:trPr>
        <w:tc>
          <w:tcPr>
            <w:tcW w:w="515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AE5AB1" w14:textId="77777777" w:rsidR="00233FF0" w:rsidRDefault="00000000">
            <w:r>
              <w:rPr>
                <w:b/>
              </w:rPr>
              <w:t>Condizioni che devono necessariamente essere rispettate</w:t>
            </w:r>
          </w:p>
        </w:tc>
        <w:tc>
          <w:tcPr>
            <w:tcW w:w="515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DA24A5" w14:textId="77777777" w:rsidR="00233FF0" w:rsidRDefault="00233FF0"/>
        </w:tc>
      </w:tr>
    </w:tbl>
    <w:p w14:paraId="5B3D8A35" w14:textId="77777777" w:rsidR="00233FF0" w:rsidRDefault="00000000">
      <w:pPr>
        <w:pStyle w:val="Titolo1"/>
      </w:pPr>
      <w:r>
        <w:t>13. STIMA ECONOMICA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150"/>
        <w:gridCol w:w="5152"/>
      </w:tblGrid>
      <w:tr w:rsidR="00233FF0" w14:paraId="3B000E6D" w14:textId="77777777">
        <w:trPr>
          <w:jc w:val="center"/>
        </w:trPr>
        <w:tc>
          <w:tcPr>
            <w:tcW w:w="515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EBF841" w14:textId="77777777" w:rsidR="00233FF0" w:rsidRDefault="00000000">
            <w:r>
              <w:rPr>
                <w:b/>
              </w:rPr>
              <w:t>Quota massima indicativa sostenibile per studente, se individuata</w:t>
            </w:r>
          </w:p>
        </w:tc>
        <w:tc>
          <w:tcPr>
            <w:tcW w:w="515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9FD020" w14:textId="77777777" w:rsidR="00233FF0" w:rsidRDefault="00000000">
            <w:r>
              <w:t>€ __________________</w:t>
            </w:r>
          </w:p>
        </w:tc>
      </w:tr>
    </w:tbl>
    <w:p w14:paraId="5141E0D0" w14:textId="77777777" w:rsidR="00233FF0" w:rsidRDefault="00000000">
      <w:r>
        <w:rPr>
          <w:i/>
          <w:sz w:val="17"/>
        </w:rPr>
        <w:t xml:space="preserve">La </w:t>
      </w:r>
      <w:proofErr w:type="spellStart"/>
      <w:r>
        <w:rPr>
          <w:i/>
          <w:sz w:val="17"/>
        </w:rPr>
        <w:t>stima</w:t>
      </w:r>
      <w:proofErr w:type="spellEnd"/>
      <w:r>
        <w:rPr>
          <w:i/>
          <w:sz w:val="17"/>
        </w:rPr>
        <w:t xml:space="preserve"> ha </w:t>
      </w:r>
      <w:proofErr w:type="spellStart"/>
      <w:r>
        <w:rPr>
          <w:i/>
          <w:sz w:val="17"/>
        </w:rPr>
        <w:t>esclusiva</w:t>
      </w:r>
      <w:proofErr w:type="spellEnd"/>
      <w:r>
        <w:rPr>
          <w:i/>
          <w:sz w:val="17"/>
        </w:rPr>
        <w:t xml:space="preserve"> funzione programmatoria e non determina autonomamente la modalità di affidamento.</w:t>
      </w:r>
    </w:p>
    <w:p w14:paraId="675A7728" w14:textId="77777777" w:rsidR="00233FF0" w:rsidRDefault="00000000">
      <w:pPr>
        <w:pStyle w:val="Titolo1"/>
      </w:pPr>
      <w:r>
        <w:t>14. DOCUMENTAZIONE ALLEGATA</w:t>
      </w:r>
    </w:p>
    <w:p w14:paraId="149A3371" w14:textId="77777777" w:rsidR="00233FF0" w:rsidRDefault="00000000">
      <w:r>
        <w:t>☐ estratto/verbale della deliberazione del Consiglio di classe</w:t>
      </w:r>
      <w:r>
        <w:br/>
        <w:t>☐ programma analitico del viaggio</w:t>
      </w:r>
      <w:r>
        <w:br/>
        <w:t>☐ documentazione relativa a prenotazioni/visite culturali eventualmente già acquisite</w:t>
      </w:r>
      <w:r>
        <w:br/>
        <w:t>☐ altro: ______________________________________________________________</w:t>
      </w:r>
    </w:p>
    <w:p w14:paraId="7AB43DD4" w14:textId="77777777" w:rsidR="00233FF0" w:rsidRDefault="00000000">
      <w:pPr>
        <w:pStyle w:val="Titolo1"/>
      </w:pPr>
      <w:r>
        <w:lastRenderedPageBreak/>
        <w:t>15. DICHIARAZIONE DEL DOCENTE REFERENTE</w:t>
      </w:r>
    </w:p>
    <w:p w14:paraId="6FB4EEAA" w14:textId="77777777" w:rsidR="00233FF0" w:rsidRDefault="00000000">
      <w:r>
        <w:t>Il docente referente dichiara che i dati riportati nella presente scheda corrispondono alla programmazione approvata dal Consiglio di classe. Il programma e i servizi indicati costituiscono la base per la successiva istruttoria amministrativo-contabile e per la definizione delle prestazioni da acquisire. La presentazione della scheda non determina l’automatica autorizzazione del viaggio, che resta subordinata al completamento dell’istruttoria, all’acquisizione dei servizi e agli ulteriori adempimenti previsti dall’Istituzione scolastica.</w:t>
      </w:r>
    </w:p>
    <w:p w14:paraId="0B34EB51" w14:textId="77777777" w:rsidR="00233FF0" w:rsidRDefault="00000000">
      <w:r>
        <w:br/>
        <w:t xml:space="preserve">Data ____________________                         Il </w:t>
      </w:r>
      <w:proofErr w:type="spellStart"/>
      <w:r>
        <w:t>docente</w:t>
      </w:r>
      <w:proofErr w:type="spellEnd"/>
      <w:r>
        <w:t xml:space="preserve"> </w:t>
      </w:r>
      <w:proofErr w:type="spellStart"/>
      <w:r>
        <w:t>referente</w:t>
      </w:r>
      <w:proofErr w:type="spellEnd"/>
      <w:r>
        <w:t xml:space="preserve"> ______________________________</w:t>
      </w:r>
    </w:p>
    <w:p w14:paraId="6E17CD40" w14:textId="77777777" w:rsidR="00852E86" w:rsidRDefault="00852E86"/>
    <w:p w14:paraId="4102B844" w14:textId="77777777" w:rsidR="00852E86" w:rsidRDefault="00852E86"/>
    <w:p w14:paraId="3435D1D0" w14:textId="77777777" w:rsidR="00852E86" w:rsidRDefault="00852E86"/>
    <w:p w14:paraId="08344A23" w14:textId="77777777" w:rsidR="00233FF0" w:rsidRDefault="00000000">
      <w:pPr>
        <w:pStyle w:val="Titolo1"/>
      </w:pPr>
      <w:r>
        <w:t>RISERVATO ALL’AMMINISTRAZIONE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258"/>
        <w:gridCol w:w="7044"/>
      </w:tblGrid>
      <w:tr w:rsidR="00233FF0" w14:paraId="053057DD" w14:textId="77777777" w:rsidTr="00852E86">
        <w:trPr>
          <w:jc w:val="center"/>
        </w:trPr>
        <w:tc>
          <w:tcPr>
            <w:tcW w:w="3261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0CCDAC" w14:textId="77777777" w:rsidR="00233FF0" w:rsidRDefault="00000000">
            <w:r>
              <w:rPr>
                <w:b/>
              </w:rPr>
              <w:t xml:space="preserve">Data </w:t>
            </w:r>
            <w:proofErr w:type="spellStart"/>
            <w:r>
              <w:rPr>
                <w:b/>
              </w:rPr>
              <w:t>acquisizione</w:t>
            </w:r>
            <w:proofErr w:type="spellEnd"/>
            <w:r>
              <w:rPr>
                <w:b/>
              </w:rPr>
              <w:t xml:space="preserve"> / </w:t>
            </w:r>
            <w:proofErr w:type="spellStart"/>
            <w:r>
              <w:rPr>
                <w:b/>
              </w:rPr>
              <w:t>protocollo</w:t>
            </w:r>
            <w:proofErr w:type="spellEnd"/>
          </w:p>
        </w:tc>
        <w:tc>
          <w:tcPr>
            <w:tcW w:w="705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3B18B9" w14:textId="77777777" w:rsidR="00233FF0" w:rsidRDefault="00000000">
            <w:r>
              <w:t>Data ____________     Prot. n. __________________</w:t>
            </w:r>
          </w:p>
        </w:tc>
      </w:tr>
      <w:tr w:rsidR="00233FF0" w14:paraId="499DA582" w14:textId="77777777" w:rsidTr="00852E86">
        <w:trPr>
          <w:jc w:val="center"/>
        </w:trPr>
        <w:tc>
          <w:tcPr>
            <w:tcW w:w="3261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A766EB" w14:textId="77777777" w:rsidR="00233FF0" w:rsidRDefault="00000000">
            <w:r>
              <w:rPr>
                <w:b/>
              </w:rPr>
              <w:t>Fabbisogno</w:t>
            </w:r>
          </w:p>
        </w:tc>
        <w:tc>
          <w:tcPr>
            <w:tcW w:w="705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241099" w14:textId="77777777" w:rsidR="00233FF0" w:rsidRDefault="00000000">
            <w:r>
              <w:t>Viaggi di istruzione a finalità culturale e didattica – Categoria B</w:t>
            </w:r>
          </w:p>
        </w:tc>
      </w:tr>
      <w:tr w:rsidR="00233FF0" w14:paraId="1CE2E0B9" w14:textId="77777777" w:rsidTr="00852E86">
        <w:trPr>
          <w:jc w:val="center"/>
        </w:trPr>
        <w:tc>
          <w:tcPr>
            <w:tcW w:w="3261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E343AB" w14:textId="77777777" w:rsidR="00233FF0" w:rsidRDefault="00000000">
            <w:r>
              <w:rPr>
                <w:b/>
              </w:rPr>
              <w:t>Numero progressivo viaggio</w:t>
            </w:r>
          </w:p>
        </w:tc>
        <w:tc>
          <w:tcPr>
            <w:tcW w:w="705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A7CFFD" w14:textId="77777777" w:rsidR="00233FF0" w:rsidRDefault="00000000">
            <w:r>
              <w:t>B/________</w:t>
            </w:r>
          </w:p>
        </w:tc>
      </w:tr>
      <w:tr w:rsidR="00233FF0" w14:paraId="4DFDF1BC" w14:textId="77777777" w:rsidTr="00852E86">
        <w:trPr>
          <w:jc w:val="center"/>
        </w:trPr>
        <w:tc>
          <w:tcPr>
            <w:tcW w:w="3261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D3DB72" w14:textId="77777777" w:rsidR="00233FF0" w:rsidRDefault="00000000">
            <w:r>
              <w:rPr>
                <w:b/>
              </w:rPr>
              <w:t>Valore presunto</w:t>
            </w:r>
          </w:p>
        </w:tc>
        <w:tc>
          <w:tcPr>
            <w:tcW w:w="705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966DC5" w14:textId="77777777" w:rsidR="00233FF0" w:rsidRDefault="00000000">
            <w:r>
              <w:t>€ __________________</w:t>
            </w:r>
          </w:p>
        </w:tc>
      </w:tr>
      <w:tr w:rsidR="00233FF0" w14:paraId="3E647396" w14:textId="77777777" w:rsidTr="00852E86">
        <w:trPr>
          <w:jc w:val="center"/>
        </w:trPr>
        <w:tc>
          <w:tcPr>
            <w:tcW w:w="3261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2FAAF7" w14:textId="77777777" w:rsidR="00233FF0" w:rsidRDefault="00000000">
            <w:r>
              <w:rPr>
                <w:b/>
              </w:rPr>
              <w:t>Configurazione preliminare</w:t>
            </w:r>
          </w:p>
        </w:tc>
        <w:tc>
          <w:tcPr>
            <w:tcW w:w="705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BE8E44" w14:textId="77777777" w:rsidR="00233FF0" w:rsidRDefault="00000000">
            <w:r>
              <w:t>☐ lotto/procedura comune   ☐ da valutare autonomia funzionale</w:t>
            </w:r>
          </w:p>
        </w:tc>
      </w:tr>
      <w:tr w:rsidR="00233FF0" w14:paraId="4745FCA8" w14:textId="77777777" w:rsidTr="00852E86">
        <w:trPr>
          <w:jc w:val="center"/>
        </w:trPr>
        <w:tc>
          <w:tcPr>
            <w:tcW w:w="3261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B313C4" w14:textId="77777777" w:rsidR="00233FF0" w:rsidRDefault="00000000">
            <w:r>
              <w:rPr>
                <w:b/>
              </w:rPr>
              <w:t>Note istruttorie</w:t>
            </w:r>
          </w:p>
        </w:tc>
        <w:tc>
          <w:tcPr>
            <w:tcW w:w="705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0A0A9D" w14:textId="77777777" w:rsidR="00233FF0" w:rsidRDefault="00233FF0"/>
        </w:tc>
      </w:tr>
    </w:tbl>
    <w:p w14:paraId="62FA87C7" w14:textId="77777777" w:rsidR="00161F89" w:rsidRDefault="00161F89"/>
    <w:sectPr w:rsidR="00161F89" w:rsidSect="00034616">
      <w:headerReference w:type="default" r:id="rId8"/>
      <w:footerReference w:type="default" r:id="rId9"/>
      <w:pgSz w:w="12240" w:h="15840"/>
      <w:pgMar w:top="850" w:right="964" w:bottom="850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306E5" w14:textId="77777777" w:rsidR="00161F89" w:rsidRDefault="00161F89">
      <w:pPr>
        <w:spacing w:after="0" w:line="240" w:lineRule="auto"/>
      </w:pPr>
      <w:r>
        <w:separator/>
      </w:r>
    </w:p>
  </w:endnote>
  <w:endnote w:type="continuationSeparator" w:id="0">
    <w:p w14:paraId="6EAD5EC0" w14:textId="77777777" w:rsidR="00161F89" w:rsidRDefault="00161F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39428" w14:textId="77777777" w:rsidR="00233FF0" w:rsidRPr="00852E86" w:rsidRDefault="00000000">
    <w:pPr>
      <w:pStyle w:val="Pidipagina"/>
      <w:jc w:val="center"/>
      <w:rPr>
        <w:lang w:val="it-IT"/>
      </w:rPr>
    </w:pPr>
    <w:r w:rsidRPr="00852E86">
      <w:rPr>
        <w:sz w:val="15"/>
        <w:lang w:val="it-IT"/>
      </w:rPr>
      <w:t>ITE Pietro Martini – Scheda programmazione e richiesta viaggio di istruzione – A.S. 2026/2027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9E186" w14:textId="77777777" w:rsidR="00161F89" w:rsidRDefault="00161F89">
      <w:pPr>
        <w:spacing w:after="0" w:line="240" w:lineRule="auto"/>
      </w:pPr>
      <w:r>
        <w:separator/>
      </w:r>
    </w:p>
  </w:footnote>
  <w:footnote w:type="continuationSeparator" w:id="0">
    <w:p w14:paraId="78E15614" w14:textId="77777777" w:rsidR="00161F89" w:rsidRDefault="00161F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BC065" w14:textId="77777777" w:rsidR="00233FF0" w:rsidRPr="00852E86" w:rsidRDefault="00000000">
    <w:pPr>
      <w:pStyle w:val="Intestazione"/>
      <w:jc w:val="center"/>
      <w:rPr>
        <w:lang w:val="it-IT"/>
      </w:rPr>
    </w:pPr>
    <w:r w:rsidRPr="00852E86">
      <w:rPr>
        <w:b/>
        <w:sz w:val="20"/>
        <w:lang w:val="it-IT"/>
      </w:rPr>
      <w:t>ISTITUTO TECNICO ECONOMICO “PIETRO MARTINI” – CAGLIARI</w:t>
    </w:r>
  </w:p>
  <w:p w14:paraId="0660A7A1" w14:textId="77777777" w:rsidR="00233FF0" w:rsidRPr="00852E86" w:rsidRDefault="00000000">
    <w:pPr>
      <w:jc w:val="center"/>
      <w:rPr>
        <w:lang w:val="it-IT"/>
      </w:rPr>
    </w:pPr>
    <w:r w:rsidRPr="00852E86">
      <w:rPr>
        <w:sz w:val="17"/>
        <w:lang w:val="it-IT"/>
      </w:rPr>
      <w:t>Anno scolastico 2026/2027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55137932">
    <w:abstractNumId w:val="8"/>
  </w:num>
  <w:num w:numId="2" w16cid:durableId="1164053252">
    <w:abstractNumId w:val="6"/>
  </w:num>
  <w:num w:numId="3" w16cid:durableId="1255279588">
    <w:abstractNumId w:val="5"/>
  </w:num>
  <w:num w:numId="4" w16cid:durableId="1593124536">
    <w:abstractNumId w:val="4"/>
  </w:num>
  <w:num w:numId="5" w16cid:durableId="1978219346">
    <w:abstractNumId w:val="7"/>
  </w:num>
  <w:num w:numId="6" w16cid:durableId="170267683">
    <w:abstractNumId w:val="3"/>
  </w:num>
  <w:num w:numId="7" w16cid:durableId="2142846481">
    <w:abstractNumId w:val="2"/>
  </w:num>
  <w:num w:numId="8" w16cid:durableId="1325356368">
    <w:abstractNumId w:val="1"/>
  </w:num>
  <w:num w:numId="9" w16cid:durableId="21448802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61F89"/>
    <w:rsid w:val="00233FF0"/>
    <w:rsid w:val="0029639D"/>
    <w:rsid w:val="00326F90"/>
    <w:rsid w:val="00430CC5"/>
    <w:rsid w:val="00720EA6"/>
    <w:rsid w:val="00852E86"/>
    <w:rsid w:val="00AA1D8D"/>
    <w:rsid w:val="00B47730"/>
    <w:rsid w:val="00CB0664"/>
    <w:rsid w:val="00DB190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7E8670"/>
  <w14:defaultImageDpi w14:val="300"/>
  <w15:docId w15:val="{D0468668-0D09-46D0-BCD8-F3AFF26ED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hAnsi="Arial"/>
      <w:sz w:val="19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2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860</Words>
  <Characters>4903</Characters>
  <Application>Microsoft Office Word</Application>
  <DocSecurity>0</DocSecurity>
  <Lines>40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5752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Dirigente Ripa</cp:lastModifiedBy>
  <cp:revision>2</cp:revision>
  <dcterms:created xsi:type="dcterms:W3CDTF">2026-09-27T14:40:00Z</dcterms:created>
  <dcterms:modified xsi:type="dcterms:W3CDTF">2026-09-27T14:40:00Z</dcterms:modified>
  <cp:category/>
</cp:coreProperties>
</file>