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B104" w14:textId="77777777" w:rsidR="006B5B22" w:rsidRDefault="00000000">
      <w:pPr>
        <w:spacing w:after="20"/>
        <w:jc w:val="center"/>
      </w:pPr>
      <w:r>
        <w:rPr>
          <w:b/>
          <w:sz w:val="20"/>
        </w:rPr>
        <w:t>ISTITUTO TECNICO ECONOMICO “PIETRO MARTINI” – CAGLIARI</w:t>
      </w:r>
    </w:p>
    <w:p w14:paraId="5270CF94" w14:textId="77777777" w:rsidR="006B5B22" w:rsidRDefault="00000000">
      <w:pPr>
        <w:spacing w:after="20"/>
        <w:jc w:val="center"/>
      </w:pPr>
      <w:r>
        <w:rPr>
          <w:b/>
          <w:sz w:val="24"/>
        </w:rPr>
        <w:t>SCHEDA DI AUTOVALUTAZIONE – DOCENTE ORIENTATORE</w:t>
      </w:r>
    </w:p>
    <w:p w14:paraId="4CD83489" w14:textId="77777777" w:rsidR="006B5B22" w:rsidRDefault="00000000">
      <w:pPr>
        <w:spacing w:after="20"/>
        <w:jc w:val="center"/>
      </w:pPr>
      <w:r>
        <w:rPr>
          <w:i/>
        </w:rPr>
        <w:t>A.S. 2026/2027 – Delibera del Collegio dei Docenti n. 12 del 7 settembre 2026</w:t>
      </w:r>
    </w:p>
    <w:p w14:paraId="1D644875" w14:textId="77777777" w:rsidR="006B5B22" w:rsidRDefault="00000000">
      <w:pPr>
        <w:spacing w:after="40"/>
      </w:pPr>
      <w:r>
        <w:rPr>
          <w:b/>
        </w:rPr>
        <w:t xml:space="preserve">Candidato/a: </w:t>
      </w:r>
      <w:r>
        <w:t>________________________________________________________________________________</w:t>
      </w:r>
    </w:p>
    <w:p w14:paraId="2B3C7E6E" w14:textId="77777777" w:rsidR="006B5B22" w:rsidRDefault="00000000">
      <w:pPr>
        <w:spacing w:after="20"/>
      </w:pPr>
      <w:r>
        <w:rPr>
          <w:b/>
        </w:rPr>
        <w:t xml:space="preserve">REQUISITI DI AMMISSIONE (non attribuiscono punteggio): </w:t>
      </w:r>
      <w:r>
        <w:t>☐ formazione prevista; ☐ candidatura nei termini; ☐ disponibilità ad assumere integralmente le funzioni.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1"/>
        <w:gridCol w:w="4417"/>
        <w:gridCol w:w="3540"/>
        <w:gridCol w:w="1558"/>
        <w:gridCol w:w="567"/>
        <w:gridCol w:w="1275"/>
        <w:gridCol w:w="1238"/>
      </w:tblGrid>
      <w:tr w:rsidR="006B5B22" w14:paraId="595E2348" w14:textId="77777777" w:rsidTr="00D43F51">
        <w:trPr>
          <w:tblHeader/>
          <w:jc w:val="center"/>
        </w:trPr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ACB1834" w14:textId="77777777" w:rsidR="006B5B22" w:rsidRDefault="00000000">
            <w:proofErr w:type="spellStart"/>
            <w:r>
              <w:rPr>
                <w:b/>
                <w:sz w:val="13"/>
              </w:rPr>
              <w:t>Indicatore</w:t>
            </w:r>
            <w:proofErr w:type="spellEnd"/>
            <w:r>
              <w:rPr>
                <w:b/>
                <w:sz w:val="13"/>
              </w:rPr>
              <w:t xml:space="preserve"> / </w:t>
            </w:r>
            <w:proofErr w:type="spellStart"/>
            <w:r>
              <w:rPr>
                <w:b/>
                <w:sz w:val="13"/>
              </w:rPr>
              <w:t>titolo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valutabile</w:t>
            </w:r>
            <w:proofErr w:type="spellEnd"/>
          </w:p>
        </w:tc>
        <w:tc>
          <w:tcPr>
            <w:tcW w:w="442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C6C5F5A" w14:textId="77777777" w:rsidR="006B5B22" w:rsidRDefault="00000000">
            <w:r>
              <w:rPr>
                <w:b/>
                <w:sz w:val="13"/>
              </w:rPr>
              <w:t>Esperienza/titolo dichiarato</w:t>
            </w:r>
            <w:r>
              <w:rPr>
                <w:b/>
                <w:sz w:val="13"/>
              </w:rPr>
              <w:br/>
              <w:t>(ente/istituto e incarico)</w:t>
            </w:r>
          </w:p>
        </w:tc>
        <w:tc>
          <w:tcPr>
            <w:tcW w:w="354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492DF15" w14:textId="77777777" w:rsidR="006B5B22" w:rsidRDefault="00000000">
            <w:r>
              <w:rPr>
                <w:b/>
                <w:sz w:val="13"/>
              </w:rPr>
              <w:t>Periodo / a.s.</w:t>
            </w:r>
          </w:p>
        </w:tc>
        <w:tc>
          <w:tcPr>
            <w:tcW w:w="1559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84E4F2" w14:textId="77777777" w:rsidR="006B5B22" w:rsidRDefault="00000000">
            <w:r>
              <w:rPr>
                <w:b/>
                <w:sz w:val="13"/>
              </w:rPr>
              <w:t>Punteggio unitario</w:t>
            </w:r>
          </w:p>
        </w:tc>
        <w:tc>
          <w:tcPr>
            <w:tcW w:w="567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24FFA38" w14:textId="77777777" w:rsidR="006B5B22" w:rsidRDefault="00000000">
            <w:r>
              <w:rPr>
                <w:b/>
                <w:sz w:val="13"/>
              </w:rPr>
              <w:t>Max</w:t>
            </w:r>
          </w:p>
        </w:tc>
        <w:tc>
          <w:tcPr>
            <w:tcW w:w="1276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3F1C2D" w14:textId="77777777" w:rsidR="006B5B22" w:rsidRDefault="00000000">
            <w:r>
              <w:rPr>
                <w:b/>
                <w:sz w:val="13"/>
              </w:rPr>
              <w:t>Punti autoattribuiti</w:t>
            </w:r>
          </w:p>
        </w:tc>
        <w:tc>
          <w:tcPr>
            <w:tcW w:w="1239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D28980E" w14:textId="77777777" w:rsidR="006B5B22" w:rsidRDefault="00000000">
            <w:r>
              <w:rPr>
                <w:b/>
                <w:sz w:val="13"/>
              </w:rPr>
              <w:t>Punti validati DS</w:t>
            </w:r>
          </w:p>
        </w:tc>
      </w:tr>
      <w:tr w:rsidR="006B5B22" w14:paraId="00DD2C1A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7C64F7" w14:textId="77777777" w:rsidR="006B5B22" w:rsidRDefault="00000000">
            <w:r>
              <w:rPr>
                <w:sz w:val="13"/>
              </w:rPr>
              <w:t>Precedente incarico di Orientatore presso il Martini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3A091C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7C458C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84E58C" w14:textId="77777777" w:rsidR="006B5B22" w:rsidRDefault="00000000">
            <w:r>
              <w:rPr>
                <w:sz w:val="13"/>
              </w:rPr>
              <w:t>4 punti/anno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6715F5" w14:textId="77777777" w:rsidR="006B5B22" w:rsidRDefault="00000000">
            <w:r>
              <w:rPr>
                <w:sz w:val="13"/>
              </w:rPr>
              <w:t>12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C239A4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29EFB1" w14:textId="77777777" w:rsidR="006B5B22" w:rsidRDefault="006B5B22"/>
        </w:tc>
      </w:tr>
      <w:tr w:rsidR="006B5B22" w14:paraId="12D3E9C2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F189E8" w14:textId="77777777" w:rsidR="006B5B22" w:rsidRDefault="00000000">
            <w:r>
              <w:rPr>
                <w:sz w:val="13"/>
              </w:rPr>
              <w:t>Precedente incarico di Orientatore presso altra istituzione scolastica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44666B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19F3B5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A7429E" w14:textId="77777777" w:rsidR="006B5B22" w:rsidRDefault="00000000">
            <w:r>
              <w:rPr>
                <w:sz w:val="13"/>
              </w:rPr>
              <w:t>2 punti/anno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B37566" w14:textId="77777777" w:rsidR="006B5B22" w:rsidRDefault="00000000">
            <w:r>
              <w:rPr>
                <w:sz w:val="13"/>
              </w:rPr>
              <w:t>6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ABA745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3CB40B" w14:textId="77777777" w:rsidR="006B5B22" w:rsidRDefault="006B5B22"/>
        </w:tc>
      </w:tr>
      <w:tr w:rsidR="006B5B22" w14:paraId="47BFA1A0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BB7058" w14:textId="77777777" w:rsidR="006B5B22" w:rsidRDefault="00000000">
            <w:r>
              <w:rPr>
                <w:sz w:val="13"/>
              </w:rPr>
              <w:t>Precedente incarico di Tutor per l’orientamento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D1DB00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CB7294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F780F7" w14:textId="77777777" w:rsidR="006B5B22" w:rsidRDefault="00000000">
            <w:r>
              <w:rPr>
                <w:sz w:val="13"/>
              </w:rPr>
              <w:t>2 punti/anno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1B5E77" w14:textId="77777777" w:rsidR="006B5B22" w:rsidRDefault="00000000">
            <w:r>
              <w:rPr>
                <w:sz w:val="13"/>
              </w:rPr>
              <w:t>6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03FA29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A0C559" w14:textId="77777777" w:rsidR="006B5B22" w:rsidRDefault="006B5B22"/>
        </w:tc>
      </w:tr>
      <w:tr w:rsidR="006B5B22" w14:paraId="44267849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A85D1B" w14:textId="77777777" w:rsidR="006B5B22" w:rsidRDefault="00000000">
            <w:r>
              <w:rPr>
                <w:sz w:val="13"/>
              </w:rPr>
              <w:t>Incarichi documentati di coordinamento/referenza in orientamento, FSL/PCTO, rapporti con Università/ITS Academy/mondo del lavoro, contrasto alla dispersione o funzioni strettamente affini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089073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9A7C18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978946" w14:textId="77777777" w:rsidR="006B5B22" w:rsidRDefault="00000000">
            <w:r>
              <w:rPr>
                <w:sz w:val="13"/>
              </w:rPr>
              <w:t>2 punti/anno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7A1322" w14:textId="77777777" w:rsidR="006B5B22" w:rsidRDefault="00000000">
            <w:r>
              <w:rPr>
                <w:sz w:val="13"/>
              </w:rPr>
              <w:t>8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3CA483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803964" w14:textId="77777777" w:rsidR="006B5B22" w:rsidRDefault="006B5B22"/>
        </w:tc>
      </w:tr>
      <w:tr w:rsidR="006B5B22" w14:paraId="6B3568EA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2E162E3" w14:textId="77777777" w:rsidR="006B5B22" w:rsidRDefault="00000000">
            <w:r>
              <w:rPr>
                <w:sz w:val="13"/>
              </w:rPr>
              <w:t>Ulteriore formazione specifica in orientamento, oltre al requisito di accesso, per corsi di almeno 20 ore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9B5430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F99858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5638D1" w14:textId="77777777" w:rsidR="006B5B22" w:rsidRDefault="00000000">
            <w:r>
              <w:rPr>
                <w:sz w:val="13"/>
              </w:rPr>
              <w:t>1 punto/corso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CE8365" w14:textId="77777777" w:rsidR="006B5B22" w:rsidRDefault="00000000">
            <w:r>
              <w:rPr>
                <w:sz w:val="13"/>
              </w:rPr>
              <w:t>4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936886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1DA44F" w14:textId="77777777" w:rsidR="006B5B22" w:rsidRDefault="006B5B22"/>
        </w:tc>
      </w:tr>
      <w:tr w:rsidR="006B5B22" w14:paraId="7E99A480" w14:textId="77777777" w:rsidTr="00D43F51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06C520" w14:textId="77777777" w:rsidR="006B5B22" w:rsidRDefault="00000000">
            <w:r>
              <w:rPr>
                <w:sz w:val="13"/>
              </w:rPr>
              <w:t>Titolarità presso l’ITE Martini</w:t>
            </w:r>
          </w:p>
        </w:tc>
        <w:tc>
          <w:tcPr>
            <w:tcW w:w="442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C56106" w14:textId="77777777" w:rsidR="006B5B22" w:rsidRDefault="006B5B22"/>
        </w:tc>
        <w:tc>
          <w:tcPr>
            <w:tcW w:w="354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27FB86" w14:textId="77777777" w:rsidR="006B5B22" w:rsidRDefault="006B5B22"/>
        </w:tc>
        <w:tc>
          <w:tcPr>
            <w:tcW w:w="155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E8FD14" w14:textId="77777777" w:rsidR="006B5B22" w:rsidRDefault="00000000">
            <w:r>
              <w:rPr>
                <w:sz w:val="13"/>
              </w:rPr>
              <w:t>0,5 punti/anno</w:t>
            </w:r>
          </w:p>
        </w:tc>
        <w:tc>
          <w:tcPr>
            <w:tcW w:w="56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41A0FD" w14:textId="77777777" w:rsidR="006B5B22" w:rsidRDefault="00000000">
            <w:r>
              <w:rPr>
                <w:sz w:val="13"/>
              </w:rPr>
              <w:t>4</w:t>
            </w:r>
          </w:p>
        </w:tc>
        <w:tc>
          <w:tcPr>
            <w:tcW w:w="127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C9D0A4" w14:textId="77777777" w:rsidR="006B5B22" w:rsidRDefault="006B5B22"/>
        </w:tc>
        <w:tc>
          <w:tcPr>
            <w:tcW w:w="123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560F67" w14:textId="77777777" w:rsidR="006B5B22" w:rsidRDefault="006B5B22"/>
        </w:tc>
      </w:tr>
      <w:tr w:rsidR="006B5B22" w14:paraId="68F1487F" w14:textId="77777777" w:rsidTr="00D43F51">
        <w:trPr>
          <w:jc w:val="center"/>
        </w:trPr>
        <w:tc>
          <w:tcPr>
            <w:tcW w:w="12192" w:type="dxa"/>
            <w:gridSpan w:val="5"/>
            <w:shd w:val="clear" w:color="auto" w:fill="EAF2F8"/>
          </w:tcPr>
          <w:p w14:paraId="6748CAA5" w14:textId="77777777" w:rsidR="006B5B22" w:rsidRDefault="00000000">
            <w:r>
              <w:rPr>
                <w:b/>
                <w:sz w:val="14"/>
              </w:rPr>
              <w:t>TOTALE COMPLESSIVO (</w:t>
            </w:r>
            <w:proofErr w:type="spellStart"/>
            <w:r>
              <w:rPr>
                <w:b/>
                <w:sz w:val="14"/>
              </w:rPr>
              <w:t>massimo</w:t>
            </w:r>
            <w:proofErr w:type="spellEnd"/>
            <w:r>
              <w:rPr>
                <w:b/>
                <w:sz w:val="14"/>
              </w:rPr>
              <w:t xml:space="preserve"> 40 punti)</w:t>
            </w:r>
          </w:p>
        </w:tc>
        <w:tc>
          <w:tcPr>
            <w:tcW w:w="1276" w:type="dxa"/>
          </w:tcPr>
          <w:p w14:paraId="6E92F76D" w14:textId="77777777" w:rsidR="006B5B22" w:rsidRDefault="006B5B22"/>
        </w:tc>
        <w:tc>
          <w:tcPr>
            <w:tcW w:w="1239" w:type="dxa"/>
          </w:tcPr>
          <w:p w14:paraId="172B087C" w14:textId="77777777" w:rsidR="006B5B22" w:rsidRDefault="006B5B22"/>
        </w:tc>
      </w:tr>
    </w:tbl>
    <w:p w14:paraId="0B772CF9" w14:textId="77777777" w:rsidR="006B5B22" w:rsidRDefault="00000000">
      <w:pPr>
        <w:spacing w:before="40" w:after="20"/>
      </w:pPr>
      <w:r>
        <w:rPr>
          <w:b/>
        </w:rPr>
        <w:t xml:space="preserve">Note: </w:t>
      </w:r>
      <w:proofErr w:type="spellStart"/>
      <w:r>
        <w:t>riportare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titoli</w:t>
      </w:r>
      <w:proofErr w:type="spellEnd"/>
      <w:r>
        <w:t>/</w:t>
      </w:r>
      <w:proofErr w:type="spellStart"/>
      <w:r>
        <w:t>esperienze</w:t>
      </w:r>
      <w:proofErr w:type="spellEnd"/>
      <w:r>
        <w:t xml:space="preserve"> valutabili. Il punteggio autoattribuito è soggetto a verifica e rettifica del DS sulla base del CV e della documentazione agli atti.</w:t>
      </w:r>
    </w:p>
    <w:p w14:paraId="7604F118" w14:textId="77777777" w:rsidR="006B5B22" w:rsidRDefault="00000000">
      <w:pPr>
        <w:spacing w:after="20"/>
      </w:pPr>
      <w:r>
        <w:rPr>
          <w:b/>
        </w:rPr>
        <w:t xml:space="preserve">A parità di punteggio: </w:t>
      </w:r>
      <w:r>
        <w:t>1) maggiore esperienza complessiva Orientatore/Tutor; 2) maggiore anzianità di titolarità nell’Istituto; 3) maggiore anzianità complessiva di servizio.</w:t>
      </w:r>
    </w:p>
    <w:p w14:paraId="36A21F1A" w14:textId="77777777" w:rsidR="006B5B22" w:rsidRDefault="00000000">
      <w:pPr>
        <w:spacing w:after="20"/>
      </w:pPr>
      <w:r>
        <w:rPr>
          <w:i/>
        </w:rPr>
        <w:t>Dichiaro che quanto riportato è veritiero e documentabile.</w:t>
      </w:r>
    </w:p>
    <w:p w14:paraId="04900C2E" w14:textId="77777777" w:rsidR="006B5B22" w:rsidRDefault="00000000">
      <w:pPr>
        <w:spacing w:after="0"/>
      </w:pPr>
      <w:r>
        <w:rPr>
          <w:b/>
        </w:rPr>
        <w:t>Cagliari, ____________________                                                                 Firma ______________________________</w:t>
      </w:r>
    </w:p>
    <w:sectPr w:rsidR="006B5B22" w:rsidSect="00034616">
      <w:pgSz w:w="15840" w:h="12240" w:orient="landscape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4450757">
    <w:abstractNumId w:val="8"/>
  </w:num>
  <w:num w:numId="2" w16cid:durableId="626929789">
    <w:abstractNumId w:val="6"/>
  </w:num>
  <w:num w:numId="3" w16cid:durableId="1831602315">
    <w:abstractNumId w:val="5"/>
  </w:num>
  <w:num w:numId="4" w16cid:durableId="418987201">
    <w:abstractNumId w:val="4"/>
  </w:num>
  <w:num w:numId="5" w16cid:durableId="320274939">
    <w:abstractNumId w:val="7"/>
  </w:num>
  <w:num w:numId="6" w16cid:durableId="1552425244">
    <w:abstractNumId w:val="3"/>
  </w:num>
  <w:num w:numId="7" w16cid:durableId="1794395662">
    <w:abstractNumId w:val="2"/>
  </w:num>
  <w:num w:numId="8" w16cid:durableId="654337969">
    <w:abstractNumId w:val="1"/>
  </w:num>
  <w:num w:numId="9" w16cid:durableId="155511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832"/>
    <w:rsid w:val="00034616"/>
    <w:rsid w:val="0006063C"/>
    <w:rsid w:val="0015074B"/>
    <w:rsid w:val="0029639D"/>
    <w:rsid w:val="00326F90"/>
    <w:rsid w:val="006B5B22"/>
    <w:rsid w:val="00AA1D8D"/>
    <w:rsid w:val="00B47730"/>
    <w:rsid w:val="00CB0664"/>
    <w:rsid w:val="00D43F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609800"/>
  <w14:defaultImageDpi w14:val="300"/>
  <w15:docId w15:val="{C6C1CD45-D324-4F8C-A088-179EA473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 Ripa</cp:lastModifiedBy>
  <cp:revision>2</cp:revision>
  <dcterms:created xsi:type="dcterms:W3CDTF">2026-09-08T17:25:00Z</dcterms:created>
  <dcterms:modified xsi:type="dcterms:W3CDTF">2026-09-08T17:25:00Z</dcterms:modified>
  <cp:category/>
</cp:coreProperties>
</file>