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C54C" w14:textId="77777777" w:rsidR="00ED4B90" w:rsidRDefault="00000000">
      <w:pPr>
        <w:spacing w:after="20"/>
        <w:jc w:val="center"/>
      </w:pPr>
      <w:r>
        <w:rPr>
          <w:b/>
          <w:sz w:val="20"/>
        </w:rPr>
        <w:t>ISTITUTO TECNICO ECONOMICO “PIETRO MARTINI” – CAGLIARI</w:t>
      </w:r>
    </w:p>
    <w:p w14:paraId="622DA5B0" w14:textId="77777777" w:rsidR="00ED4B90" w:rsidRDefault="00000000">
      <w:pPr>
        <w:spacing w:after="20"/>
        <w:jc w:val="center"/>
      </w:pPr>
      <w:r>
        <w:rPr>
          <w:b/>
          <w:sz w:val="24"/>
        </w:rPr>
        <w:t>SCHEDA DI AUTOVALUTAZIONE – DOCENTE TUTOR PER L’ORIENTAMENTO</w:t>
      </w:r>
    </w:p>
    <w:p w14:paraId="0C3A29CE" w14:textId="77777777" w:rsidR="00ED4B90" w:rsidRDefault="00000000">
      <w:pPr>
        <w:spacing w:after="20"/>
        <w:jc w:val="center"/>
      </w:pPr>
      <w:r>
        <w:rPr>
          <w:i/>
        </w:rPr>
        <w:t>A.S. 2026/2027 – Delibera del Collegio dei Docenti n. 12 del 7 settembre 2026</w:t>
      </w:r>
    </w:p>
    <w:p w14:paraId="2E6287A6" w14:textId="77777777" w:rsidR="00ED4B90" w:rsidRDefault="00000000">
      <w:pPr>
        <w:spacing w:after="40"/>
      </w:pPr>
      <w:r>
        <w:rPr>
          <w:b/>
        </w:rPr>
        <w:t xml:space="preserve">Candidato/a: </w:t>
      </w:r>
      <w:r>
        <w:t>________________________________________________________________________________</w:t>
      </w:r>
    </w:p>
    <w:p w14:paraId="14FAAD8B" w14:textId="77777777" w:rsidR="00ED4B90" w:rsidRDefault="00000000">
      <w:pPr>
        <w:spacing w:after="20"/>
      </w:pPr>
      <w:r>
        <w:rPr>
          <w:b/>
        </w:rPr>
        <w:t xml:space="preserve">REQUISITI DI AMMISSIONE (non attribuiscono punteggio): </w:t>
      </w:r>
      <w:r>
        <w:t>☐ formazione prevista; ☐ candidatura nei termini; ☐ disponibilità ad assumere integralmente le funzioni; ☐ disponibilità ad accompagnare gli studenti per l’intero anno e, ove possibile, negli anni successivi.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0"/>
        <w:gridCol w:w="2100"/>
        <w:gridCol w:w="2099"/>
        <w:gridCol w:w="2099"/>
        <w:gridCol w:w="2099"/>
        <w:gridCol w:w="2100"/>
        <w:gridCol w:w="2099"/>
      </w:tblGrid>
      <w:tr w:rsidR="00ED4B90" w14:paraId="5172BC44" w14:textId="77777777">
        <w:trPr>
          <w:tblHeader/>
          <w:jc w:val="center"/>
        </w:trPr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FE076D9" w14:textId="77777777" w:rsidR="00ED4B90" w:rsidRDefault="00000000">
            <w:r>
              <w:rPr>
                <w:b/>
                <w:sz w:val="13"/>
              </w:rPr>
              <w:t>Indicatore / titolo valutabile</w:t>
            </w:r>
          </w:p>
        </w:tc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13C5C5E" w14:textId="77777777" w:rsidR="00ED4B90" w:rsidRDefault="00000000">
            <w:r>
              <w:rPr>
                <w:b/>
                <w:sz w:val="13"/>
              </w:rPr>
              <w:t>Esperienza/titolo dichiarato</w:t>
            </w:r>
            <w:r>
              <w:rPr>
                <w:b/>
                <w:sz w:val="13"/>
              </w:rPr>
              <w:br/>
              <w:t>(ente/istituto e incarico)</w:t>
            </w:r>
          </w:p>
        </w:tc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3B04D9A" w14:textId="77777777" w:rsidR="00ED4B90" w:rsidRDefault="00000000">
            <w:r>
              <w:rPr>
                <w:b/>
                <w:sz w:val="13"/>
              </w:rPr>
              <w:t>Periodo / a.s.</w:t>
            </w:r>
          </w:p>
        </w:tc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D9DE36A" w14:textId="77777777" w:rsidR="00ED4B90" w:rsidRDefault="00000000">
            <w:r>
              <w:rPr>
                <w:b/>
                <w:sz w:val="13"/>
              </w:rPr>
              <w:t>Punteggio unitario</w:t>
            </w:r>
          </w:p>
        </w:tc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D2A2483" w14:textId="77777777" w:rsidR="00ED4B90" w:rsidRDefault="00000000">
            <w:r>
              <w:rPr>
                <w:b/>
                <w:sz w:val="13"/>
              </w:rPr>
              <w:t>Max</w:t>
            </w:r>
          </w:p>
        </w:tc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4C7889C" w14:textId="77777777" w:rsidR="00ED4B90" w:rsidRDefault="00000000">
            <w:r>
              <w:rPr>
                <w:b/>
                <w:sz w:val="13"/>
              </w:rPr>
              <w:t>Punti autoattribuiti</w:t>
            </w:r>
          </w:p>
        </w:tc>
        <w:tc>
          <w:tcPr>
            <w:tcW w:w="210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5D0AC67" w14:textId="77777777" w:rsidR="00ED4B90" w:rsidRDefault="00000000">
            <w:r>
              <w:rPr>
                <w:b/>
                <w:sz w:val="13"/>
              </w:rPr>
              <w:t>Punti validati DS</w:t>
            </w:r>
          </w:p>
        </w:tc>
      </w:tr>
      <w:tr w:rsidR="00ED4B90" w14:paraId="2411AB11" w14:textId="77777777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AD562B" w14:textId="77777777" w:rsidR="00ED4B90" w:rsidRDefault="00000000">
            <w:r>
              <w:rPr>
                <w:sz w:val="13"/>
              </w:rPr>
              <w:t>Precedente incarico di Tutor per l’orientamento presso il Martini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CF84D0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270D8F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3FF34E" w14:textId="77777777" w:rsidR="00ED4B90" w:rsidRDefault="00000000">
            <w:r>
              <w:rPr>
                <w:sz w:val="13"/>
              </w:rPr>
              <w:t>4 punti/anno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65AE55" w14:textId="77777777" w:rsidR="00ED4B90" w:rsidRDefault="00000000">
            <w:r>
              <w:rPr>
                <w:sz w:val="13"/>
              </w:rPr>
              <w:t>12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DDD928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E0AB1F" w14:textId="77777777" w:rsidR="00ED4B90" w:rsidRDefault="00ED4B90"/>
        </w:tc>
      </w:tr>
      <w:tr w:rsidR="00ED4B90" w14:paraId="0E566DCE" w14:textId="77777777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DC66BE" w14:textId="77777777" w:rsidR="00ED4B90" w:rsidRDefault="00000000">
            <w:r>
              <w:rPr>
                <w:sz w:val="13"/>
              </w:rPr>
              <w:t>Precedente incarico di Tutor/Orientatore presso altra istituzione scolastica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5E7060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09D531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4462C2" w14:textId="77777777" w:rsidR="00ED4B90" w:rsidRDefault="00000000">
            <w:r>
              <w:rPr>
                <w:sz w:val="13"/>
              </w:rPr>
              <w:t>2 punti/anno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8DA1E4" w14:textId="77777777" w:rsidR="00ED4B90" w:rsidRDefault="00000000">
            <w:r>
              <w:rPr>
                <w:sz w:val="13"/>
              </w:rPr>
              <w:t>6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887382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C4073D" w14:textId="77777777" w:rsidR="00ED4B90" w:rsidRDefault="00ED4B90"/>
        </w:tc>
      </w:tr>
      <w:tr w:rsidR="00ED4B90" w14:paraId="0B5514D1" w14:textId="77777777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BF259E" w14:textId="77777777" w:rsidR="00ED4B90" w:rsidRDefault="00000000">
            <w:r>
              <w:rPr>
                <w:sz w:val="13"/>
              </w:rPr>
              <w:t>Esperienza come Coordinatore di Consiglio di classe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12F790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B02EFE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07C4C0" w14:textId="77777777" w:rsidR="00ED4B90" w:rsidRDefault="00000000">
            <w:r>
              <w:rPr>
                <w:sz w:val="13"/>
              </w:rPr>
              <w:t>2 punti/anno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13EAF8" w14:textId="77777777" w:rsidR="00ED4B90" w:rsidRDefault="00000000">
            <w:r>
              <w:rPr>
                <w:sz w:val="13"/>
              </w:rPr>
              <w:t>6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29F12E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163752" w14:textId="77777777" w:rsidR="00ED4B90" w:rsidRDefault="00ED4B90"/>
        </w:tc>
      </w:tr>
      <w:tr w:rsidR="00ED4B90" w14:paraId="7C20B20D" w14:textId="77777777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0C491A" w14:textId="77777777" w:rsidR="00ED4B90" w:rsidRDefault="00000000">
            <w:r>
              <w:rPr>
                <w:sz w:val="13"/>
              </w:rPr>
              <w:t>Esperienze documentate in orientamento, FSL/PCTO, contrasto alla dispersione, inclusione, tutoraggio o altre attività direttamente connesse all’accompagnamento degli studenti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5D469C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6A922F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876E1CC" w14:textId="77777777" w:rsidR="00ED4B90" w:rsidRDefault="00000000">
            <w:r>
              <w:rPr>
                <w:sz w:val="13"/>
              </w:rPr>
              <w:t>2 punti/anno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C14F51" w14:textId="77777777" w:rsidR="00ED4B90" w:rsidRDefault="00000000">
            <w:r>
              <w:rPr>
                <w:sz w:val="13"/>
              </w:rPr>
              <w:t>8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0C81D0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DCC28F" w14:textId="77777777" w:rsidR="00ED4B90" w:rsidRDefault="00ED4B90"/>
        </w:tc>
      </w:tr>
      <w:tr w:rsidR="00ED4B90" w14:paraId="7B2F72C9" w14:textId="77777777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5B8F37" w14:textId="77777777" w:rsidR="00ED4B90" w:rsidRDefault="00000000">
            <w:r>
              <w:rPr>
                <w:sz w:val="13"/>
              </w:rPr>
              <w:t>Ulteriore formazione specifica sull’orientamento, oltre al requisito, per corsi di almeno 20/25 ore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91F971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1B09F7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5A1F1F" w14:textId="77777777" w:rsidR="00ED4B90" w:rsidRDefault="00000000">
            <w:r>
              <w:rPr>
                <w:sz w:val="13"/>
              </w:rPr>
              <w:t>1 punto/corso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68D2A8" w14:textId="77777777" w:rsidR="00ED4B90" w:rsidRDefault="00000000">
            <w:r>
              <w:rPr>
                <w:sz w:val="13"/>
              </w:rPr>
              <w:t>4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766748A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0918F33" w14:textId="77777777" w:rsidR="00ED4B90" w:rsidRDefault="00ED4B90"/>
        </w:tc>
      </w:tr>
      <w:tr w:rsidR="00ED4B90" w14:paraId="04302EDC" w14:textId="77777777">
        <w:trPr>
          <w:jc w:val="center"/>
        </w:trPr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53925C" w14:textId="77777777" w:rsidR="00ED4B90" w:rsidRDefault="00000000">
            <w:r>
              <w:rPr>
                <w:sz w:val="13"/>
              </w:rPr>
              <w:t>Titolarità presso l’ITE Martini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22D1AD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D2B628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A31457" w14:textId="77777777" w:rsidR="00ED4B90" w:rsidRDefault="00000000">
            <w:r>
              <w:rPr>
                <w:sz w:val="13"/>
              </w:rPr>
              <w:t>0,5 punti/anno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503875" w14:textId="77777777" w:rsidR="00ED4B90" w:rsidRDefault="00000000">
            <w:r>
              <w:rPr>
                <w:sz w:val="13"/>
              </w:rPr>
              <w:t>4</w:t>
            </w:r>
          </w:p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9294BB" w14:textId="77777777" w:rsidR="00ED4B90" w:rsidRDefault="00ED4B90"/>
        </w:tc>
        <w:tc>
          <w:tcPr>
            <w:tcW w:w="2101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609490" w14:textId="77777777" w:rsidR="00ED4B90" w:rsidRDefault="00ED4B90"/>
        </w:tc>
      </w:tr>
      <w:tr w:rsidR="00ED4B90" w14:paraId="4C95ED4D" w14:textId="77777777">
        <w:trPr>
          <w:jc w:val="center"/>
        </w:trPr>
        <w:tc>
          <w:tcPr>
            <w:tcW w:w="10505" w:type="dxa"/>
            <w:gridSpan w:val="5"/>
            <w:shd w:val="clear" w:color="auto" w:fill="EAF2F8"/>
          </w:tcPr>
          <w:p w14:paraId="47825988" w14:textId="77777777" w:rsidR="00ED4B90" w:rsidRDefault="00000000">
            <w:r>
              <w:rPr>
                <w:b/>
                <w:sz w:val="14"/>
              </w:rPr>
              <w:t>TOTALE COMPLESSIVO (massimo 40 punti)</w:t>
            </w:r>
          </w:p>
        </w:tc>
        <w:tc>
          <w:tcPr>
            <w:tcW w:w="2101" w:type="dxa"/>
          </w:tcPr>
          <w:p w14:paraId="6EB1854E" w14:textId="77777777" w:rsidR="00ED4B90" w:rsidRDefault="00ED4B90"/>
        </w:tc>
        <w:tc>
          <w:tcPr>
            <w:tcW w:w="2101" w:type="dxa"/>
          </w:tcPr>
          <w:p w14:paraId="2B53E571" w14:textId="77777777" w:rsidR="00ED4B90" w:rsidRDefault="00ED4B90"/>
        </w:tc>
      </w:tr>
    </w:tbl>
    <w:p w14:paraId="2EBD873A" w14:textId="77777777" w:rsidR="00ED4B90" w:rsidRDefault="00000000">
      <w:pPr>
        <w:spacing w:before="40" w:after="20"/>
      </w:pPr>
      <w:r>
        <w:rPr>
          <w:b/>
        </w:rPr>
        <w:t xml:space="preserve">Note: </w:t>
      </w:r>
      <w:r>
        <w:t>riportare esclusivamente titoli/esperienze valutabili. Il punteggio autoattribuito è soggetto a verifica e rettifica del DS sulla base del CV e della documentazione agli atti.</w:t>
      </w:r>
    </w:p>
    <w:p w14:paraId="37F99742" w14:textId="77777777" w:rsidR="00ED4B90" w:rsidRDefault="00000000">
      <w:pPr>
        <w:spacing w:after="20"/>
      </w:pPr>
      <w:r>
        <w:rPr>
          <w:b/>
        </w:rPr>
        <w:t xml:space="preserve">A parità di punteggio: </w:t>
      </w:r>
      <w:r>
        <w:t>1) maggiore esperienza complessiva Orientatore/Tutor; 2) maggiore anzianità di titolarità nell’Istituto; 3) maggiore anzianità complessiva di servizio.</w:t>
      </w:r>
    </w:p>
    <w:p w14:paraId="7D2C9AFC" w14:textId="77777777" w:rsidR="00ED4B90" w:rsidRDefault="00000000">
      <w:pPr>
        <w:spacing w:after="20"/>
      </w:pPr>
      <w:r>
        <w:rPr>
          <w:i/>
        </w:rPr>
        <w:t>Dichiaro che quanto riportato è veritiero e documentabile.</w:t>
      </w:r>
    </w:p>
    <w:p w14:paraId="3342B7D9" w14:textId="77777777" w:rsidR="00ED4B90" w:rsidRDefault="00000000">
      <w:pPr>
        <w:spacing w:after="0"/>
      </w:pPr>
      <w:r>
        <w:rPr>
          <w:b/>
        </w:rPr>
        <w:t>Cagliari, ____________________                                                                 Firma ______________________________</w:t>
      </w:r>
    </w:p>
    <w:sectPr w:rsidR="00ED4B90" w:rsidSect="00034616">
      <w:pgSz w:w="15840" w:h="12240" w:orient="landscape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664079">
    <w:abstractNumId w:val="8"/>
  </w:num>
  <w:num w:numId="2" w16cid:durableId="619382304">
    <w:abstractNumId w:val="6"/>
  </w:num>
  <w:num w:numId="3" w16cid:durableId="1012998671">
    <w:abstractNumId w:val="5"/>
  </w:num>
  <w:num w:numId="4" w16cid:durableId="774057561">
    <w:abstractNumId w:val="4"/>
  </w:num>
  <w:num w:numId="5" w16cid:durableId="347801616">
    <w:abstractNumId w:val="7"/>
  </w:num>
  <w:num w:numId="6" w16cid:durableId="1138958676">
    <w:abstractNumId w:val="3"/>
  </w:num>
  <w:num w:numId="7" w16cid:durableId="543295460">
    <w:abstractNumId w:val="2"/>
  </w:num>
  <w:num w:numId="8" w16cid:durableId="243339026">
    <w:abstractNumId w:val="1"/>
  </w:num>
  <w:num w:numId="9" w16cid:durableId="174761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832"/>
    <w:rsid w:val="00034616"/>
    <w:rsid w:val="0006063C"/>
    <w:rsid w:val="0015074B"/>
    <w:rsid w:val="00246F00"/>
    <w:rsid w:val="0029639D"/>
    <w:rsid w:val="00326F90"/>
    <w:rsid w:val="00AA1D8D"/>
    <w:rsid w:val="00B47730"/>
    <w:rsid w:val="00CB0664"/>
    <w:rsid w:val="00ED4B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ECEFC"/>
  <w14:defaultImageDpi w14:val="300"/>
  <w15:docId w15:val="{C6C1CD45-D324-4F8C-A088-179EA473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 Ripa</cp:lastModifiedBy>
  <cp:revision>2</cp:revision>
  <dcterms:created xsi:type="dcterms:W3CDTF">2026-09-08T17:24:00Z</dcterms:created>
  <dcterms:modified xsi:type="dcterms:W3CDTF">2026-09-08T17:24:00Z</dcterms:modified>
  <cp:category/>
</cp:coreProperties>
</file>